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19B09" w14:textId="77777777" w:rsidR="00F143CD" w:rsidRDefault="00F143CD">
      <w:pPr>
        <w:jc w:val="center"/>
        <w:rPr>
          <w:rFonts w:asciiTheme="minorBidi" w:hAnsiTheme="minorBidi"/>
          <w:b/>
          <w:color w:val="154360"/>
          <w:sz w:val="36"/>
          <w:lang w:val="cs-CZ"/>
        </w:rPr>
      </w:pPr>
    </w:p>
    <w:p w14:paraId="4F00C6B4" w14:textId="77777777" w:rsidR="00F143CD" w:rsidRDefault="00F143CD">
      <w:pPr>
        <w:jc w:val="center"/>
        <w:rPr>
          <w:rFonts w:asciiTheme="minorBidi" w:hAnsiTheme="minorBidi"/>
          <w:b/>
          <w:color w:val="154360"/>
          <w:sz w:val="36"/>
          <w:lang w:val="cs-CZ"/>
        </w:rPr>
      </w:pPr>
    </w:p>
    <w:p w14:paraId="3ECB0810" w14:textId="5CF57119" w:rsidR="008B2A2F" w:rsidRPr="00B907D6" w:rsidRDefault="00000000" w:rsidP="00F143CD">
      <w:pPr>
        <w:jc w:val="center"/>
        <w:rPr>
          <w:rFonts w:asciiTheme="minorBidi" w:hAnsiTheme="minorBidi"/>
          <w:color w:val="332CC6"/>
          <w:lang w:val="cs-CZ"/>
        </w:rPr>
      </w:pPr>
      <w:r w:rsidRPr="00B907D6">
        <w:rPr>
          <w:rFonts w:asciiTheme="minorBidi" w:hAnsiTheme="minorBidi"/>
          <w:b/>
          <w:color w:val="332CC6"/>
          <w:sz w:val="36"/>
          <w:lang w:val="cs-CZ"/>
        </w:rPr>
        <w:t>Žádost osoby s udělenou mezinárodní ochranou o zařazení do státního integračního programu</w:t>
      </w:r>
    </w:p>
    <w:p w14:paraId="0E012EA0" w14:textId="0AF7A453" w:rsidR="008B2A2F" w:rsidRPr="00393B53" w:rsidRDefault="00000000" w:rsidP="00145452">
      <w:pPr>
        <w:spacing w:after="120"/>
        <w:jc w:val="both"/>
        <w:rPr>
          <w:rFonts w:asciiTheme="minorBidi" w:hAnsiTheme="minorBidi"/>
          <w:sz w:val="24"/>
          <w:szCs w:val="28"/>
          <w:lang w:val="cs-CZ"/>
        </w:rPr>
      </w:pPr>
      <w:r w:rsidRPr="00393B53">
        <w:rPr>
          <w:rFonts w:asciiTheme="minorBidi" w:hAnsiTheme="minorBidi"/>
          <w:sz w:val="24"/>
          <w:szCs w:val="28"/>
          <w:lang w:val="cs-CZ"/>
        </w:rPr>
        <w:t>Žádám tímto o zařazení do státního integračního programu (dále jen „SIP“) pro osoby s</w:t>
      </w:r>
      <w:r w:rsidR="00145452" w:rsidRPr="00393B53">
        <w:rPr>
          <w:rFonts w:asciiTheme="minorBidi" w:hAnsiTheme="minorBidi"/>
          <w:sz w:val="24"/>
          <w:szCs w:val="28"/>
          <w:lang w:val="cs-CZ"/>
        </w:rPr>
        <w:t> </w:t>
      </w:r>
      <w:r w:rsidRPr="00393B53">
        <w:rPr>
          <w:rFonts w:asciiTheme="minorBidi" w:hAnsiTheme="minorBidi"/>
          <w:sz w:val="24"/>
          <w:szCs w:val="28"/>
          <w:lang w:val="cs-CZ"/>
        </w:rPr>
        <w:t>udělenou mezinárodní ochranou na území České republiky a potvrzuji, že jsem vzal/vzala na vědomí pravidla SIP, která mi byla předána v písemné formě a jsem s nimi plně srozuměn/srozuměna.</w:t>
      </w:r>
    </w:p>
    <w:p w14:paraId="5E665750" w14:textId="77777777" w:rsidR="008B2A2F" w:rsidRPr="00393B53" w:rsidRDefault="00000000" w:rsidP="00145452">
      <w:pPr>
        <w:spacing w:after="120"/>
        <w:jc w:val="both"/>
        <w:rPr>
          <w:rFonts w:asciiTheme="minorBidi" w:hAnsiTheme="minorBidi"/>
          <w:sz w:val="24"/>
          <w:szCs w:val="28"/>
          <w:lang w:val="cs-CZ"/>
        </w:rPr>
      </w:pPr>
      <w:r w:rsidRPr="00393B53">
        <w:rPr>
          <w:rFonts w:asciiTheme="minorBidi" w:hAnsiTheme="minorBidi"/>
          <w:sz w:val="24"/>
          <w:szCs w:val="28"/>
          <w:lang w:val="cs-CZ"/>
        </w:rPr>
        <w:t>Dále beru na vědomí, že žádosti oprávněných osob sdílejících společnou domácnost budou posuzovány společně.</w:t>
      </w:r>
    </w:p>
    <w:p w14:paraId="173071D4" w14:textId="77777777" w:rsidR="008B2A2F" w:rsidRPr="00393B53" w:rsidRDefault="00000000" w:rsidP="00145452">
      <w:pPr>
        <w:spacing w:after="120"/>
        <w:jc w:val="both"/>
        <w:rPr>
          <w:rFonts w:asciiTheme="minorBidi" w:hAnsiTheme="minorBidi"/>
          <w:sz w:val="24"/>
          <w:szCs w:val="28"/>
          <w:lang w:val="cs-CZ"/>
        </w:rPr>
      </w:pPr>
      <w:r w:rsidRPr="00393B53">
        <w:rPr>
          <w:rFonts w:asciiTheme="minorBidi" w:hAnsiTheme="minorBidi"/>
          <w:sz w:val="24"/>
          <w:szCs w:val="28"/>
          <w:lang w:val="cs-CZ"/>
        </w:rPr>
        <w:t>Pro další postup v rámci mé integrace níže uvádím pravdivá data o své osobě a rodinných příslušnících a současnou adresu mého bydliště s tím, že o každé změně budu neprodleně informovat odbor azylové a migrační politiky Ministerstva vnitra.</w:t>
      </w:r>
    </w:p>
    <w:p w14:paraId="388B9CB8" w14:textId="77777777" w:rsidR="008B2A2F" w:rsidRPr="00393B53" w:rsidRDefault="00000000" w:rsidP="00145452">
      <w:pPr>
        <w:spacing w:after="120"/>
        <w:jc w:val="both"/>
        <w:rPr>
          <w:rFonts w:asciiTheme="minorBidi" w:hAnsiTheme="minorBidi"/>
          <w:sz w:val="24"/>
          <w:szCs w:val="28"/>
          <w:lang w:val="cs-CZ"/>
        </w:rPr>
      </w:pPr>
      <w:r w:rsidRPr="00393B53">
        <w:rPr>
          <w:rFonts w:asciiTheme="minorBidi" w:hAnsiTheme="minorBidi"/>
          <w:sz w:val="24"/>
          <w:szCs w:val="28"/>
          <w:lang w:val="cs-CZ"/>
        </w:rPr>
        <w:t>Beru na vědomí, že moje osobní údaje (zejména jméno, příjmení, datum narození, stát. příslušnost, jazyk řízení, forma mezinárodní ochrany, adresa, telefon, e-mail) budou spravovány Ministerstvem vnitra a v nezbytném rozsahu sděleny generálnímu poskytovateli integračních služeb, Ministerstvu školství, mládeže a tělovýchovy, poskytovateli bezplatné výuky českého jazyka a kurzu základů vzdělávání v oblasti kultury a demokracie (integračního semináře) za účelem jejich zajištění a dále Ministerstvu práce a sociálních věcí.</w:t>
      </w:r>
    </w:p>
    <w:p w14:paraId="5F081C5A" w14:textId="77777777" w:rsidR="008B2A2F" w:rsidRPr="00393B53" w:rsidRDefault="00000000" w:rsidP="00145452">
      <w:pPr>
        <w:spacing w:after="120"/>
        <w:jc w:val="both"/>
        <w:rPr>
          <w:rFonts w:asciiTheme="minorBidi" w:hAnsiTheme="minorBidi"/>
          <w:sz w:val="24"/>
          <w:szCs w:val="28"/>
          <w:lang w:val="cs-CZ"/>
        </w:rPr>
      </w:pPr>
      <w:r w:rsidRPr="00393B53">
        <w:rPr>
          <w:rFonts w:asciiTheme="minorBidi" w:hAnsiTheme="minorBidi"/>
          <w:sz w:val="24"/>
          <w:szCs w:val="28"/>
          <w:lang w:val="cs-CZ"/>
        </w:rPr>
        <w:t>Jsem si vědom/vědoma, že generální poskytovatel integračních služeb může sdělit uvedené osobní údaje subdodavatelům za účelem poskytování sjednaných integračních služeb a beru na vědomí, že budu kontaktován/kontaktována realizátorem bezplatného kurzu českého jazyka a realizátorem kurzu základů vzdělávání v oblasti kultury a demokracie (integračního semináře) za účelem zařazení do těchto kurzů.</w:t>
      </w:r>
    </w:p>
    <w:p w14:paraId="55349CE8" w14:textId="77777777" w:rsidR="008B2A2F" w:rsidRPr="00393B53" w:rsidRDefault="00000000" w:rsidP="00145452">
      <w:pPr>
        <w:spacing w:after="120"/>
        <w:jc w:val="both"/>
        <w:rPr>
          <w:rFonts w:asciiTheme="minorBidi" w:hAnsiTheme="minorBidi"/>
          <w:sz w:val="24"/>
          <w:szCs w:val="28"/>
          <w:lang w:val="cs-CZ"/>
        </w:rPr>
      </w:pPr>
      <w:r w:rsidRPr="00393B53">
        <w:rPr>
          <w:rFonts w:asciiTheme="minorBidi" w:hAnsiTheme="minorBidi"/>
          <w:sz w:val="24"/>
          <w:szCs w:val="28"/>
          <w:lang w:val="cs-CZ"/>
        </w:rPr>
        <w:t>Se všemi vyplněnými částmi tohoto dokumentu jsem byl/byla seznámen/seznámena, všechny údaje jsou přesné, pravdivé a jsou poskytovány dobrovolně. Jsem si vědom/vědoma svých práv podle čl. 12 až 21 Obecného nařízení o ochraně osobních údajů (GDPR).</w:t>
      </w:r>
    </w:p>
    <w:p w14:paraId="5E7465EB" w14:textId="77777777" w:rsidR="008B2A2F" w:rsidRPr="00B907D6" w:rsidRDefault="00000000">
      <w:pPr>
        <w:rPr>
          <w:rFonts w:asciiTheme="minorBidi" w:hAnsiTheme="minorBidi"/>
          <w:color w:val="332CC6"/>
          <w:lang w:val="cs-CZ"/>
        </w:rPr>
      </w:pPr>
      <w:r w:rsidRPr="00B907D6">
        <w:rPr>
          <w:rFonts w:asciiTheme="minorBidi" w:hAnsiTheme="minorBidi"/>
          <w:b/>
          <w:color w:val="332CC6"/>
          <w:sz w:val="26"/>
          <w:lang w:val="cs-CZ"/>
        </w:rPr>
        <w:t>Údaje žadatele / žadatelky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00"/>
        <w:gridCol w:w="5100"/>
      </w:tblGrid>
      <w:tr w:rsidR="008B2A2F" w:rsidRPr="00F143CD" w14:paraId="5B80216E" w14:textId="77777777">
        <w:tc>
          <w:tcPr>
            <w:tcW w:w="5100" w:type="dxa"/>
          </w:tcPr>
          <w:p w14:paraId="3276C8F4" w14:textId="77777777" w:rsidR="008B2A2F" w:rsidRPr="00F143CD" w:rsidRDefault="00000000" w:rsidP="00145452">
            <w:pPr>
              <w:spacing w:line="276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F143CD">
              <w:rPr>
                <w:rFonts w:asciiTheme="minorBidi" w:hAnsiTheme="minorBidi"/>
                <w:sz w:val="24"/>
                <w:szCs w:val="24"/>
                <w:lang w:val="cs-CZ"/>
              </w:rPr>
              <w:t>Jméno</w:t>
            </w:r>
          </w:p>
        </w:tc>
        <w:tc>
          <w:tcPr>
            <w:tcW w:w="5100" w:type="dxa"/>
          </w:tcPr>
          <w:p w14:paraId="120817A7" w14:textId="57EAC7CC" w:rsidR="008B2A2F" w:rsidRPr="00F143CD" w:rsidRDefault="008B2A2F" w:rsidP="00145452">
            <w:pPr>
              <w:spacing w:line="276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  <w:tr w:rsidR="008B2A2F" w:rsidRPr="00F143CD" w14:paraId="7694EE93" w14:textId="77777777">
        <w:tc>
          <w:tcPr>
            <w:tcW w:w="5100" w:type="dxa"/>
          </w:tcPr>
          <w:p w14:paraId="5D8F68E7" w14:textId="77777777" w:rsidR="008B2A2F" w:rsidRPr="00F143CD" w:rsidRDefault="00000000" w:rsidP="00145452">
            <w:pPr>
              <w:spacing w:line="276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F143CD">
              <w:rPr>
                <w:rFonts w:asciiTheme="minorBidi" w:hAnsiTheme="minorBidi"/>
                <w:sz w:val="24"/>
                <w:szCs w:val="24"/>
                <w:lang w:val="cs-CZ"/>
              </w:rPr>
              <w:t>Příjmení</w:t>
            </w:r>
          </w:p>
        </w:tc>
        <w:tc>
          <w:tcPr>
            <w:tcW w:w="5100" w:type="dxa"/>
          </w:tcPr>
          <w:p w14:paraId="61B84DFE" w14:textId="64FFD48B" w:rsidR="008B2A2F" w:rsidRPr="00F143CD" w:rsidRDefault="008B2A2F" w:rsidP="00145452">
            <w:pPr>
              <w:spacing w:line="276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  <w:tr w:rsidR="008B2A2F" w:rsidRPr="00F143CD" w14:paraId="7E0A220F" w14:textId="77777777">
        <w:tc>
          <w:tcPr>
            <w:tcW w:w="5100" w:type="dxa"/>
          </w:tcPr>
          <w:p w14:paraId="4A916D6B" w14:textId="77777777" w:rsidR="008B2A2F" w:rsidRPr="00F143CD" w:rsidRDefault="00000000" w:rsidP="00145452">
            <w:pPr>
              <w:spacing w:line="276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F143CD">
              <w:rPr>
                <w:rFonts w:asciiTheme="minorBidi" w:hAnsiTheme="minorBidi"/>
                <w:sz w:val="24"/>
                <w:szCs w:val="24"/>
                <w:lang w:val="cs-CZ"/>
              </w:rPr>
              <w:t>Datum narození</w:t>
            </w:r>
          </w:p>
        </w:tc>
        <w:tc>
          <w:tcPr>
            <w:tcW w:w="5100" w:type="dxa"/>
          </w:tcPr>
          <w:p w14:paraId="481F90FD" w14:textId="4589C6DE" w:rsidR="008B2A2F" w:rsidRPr="00F143CD" w:rsidRDefault="008B2A2F" w:rsidP="00145452">
            <w:pPr>
              <w:spacing w:line="276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  <w:tr w:rsidR="008B2A2F" w:rsidRPr="00F143CD" w14:paraId="690054F2" w14:textId="77777777">
        <w:tc>
          <w:tcPr>
            <w:tcW w:w="5100" w:type="dxa"/>
          </w:tcPr>
          <w:p w14:paraId="65C985B8" w14:textId="77777777" w:rsidR="008B2A2F" w:rsidRPr="00F143CD" w:rsidRDefault="00000000" w:rsidP="00145452">
            <w:pPr>
              <w:spacing w:line="276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F143CD">
              <w:rPr>
                <w:rFonts w:asciiTheme="minorBidi" w:hAnsiTheme="minorBidi"/>
                <w:sz w:val="24"/>
                <w:szCs w:val="24"/>
                <w:lang w:val="cs-CZ"/>
              </w:rPr>
              <w:t>Státní příslušnost</w:t>
            </w:r>
          </w:p>
        </w:tc>
        <w:tc>
          <w:tcPr>
            <w:tcW w:w="5100" w:type="dxa"/>
          </w:tcPr>
          <w:p w14:paraId="7F1BCFD0" w14:textId="519EFB7A" w:rsidR="008B2A2F" w:rsidRPr="00F143CD" w:rsidRDefault="008B2A2F" w:rsidP="00145452">
            <w:pPr>
              <w:spacing w:line="276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  <w:tr w:rsidR="008B2A2F" w:rsidRPr="00F143CD" w14:paraId="48B72ADE" w14:textId="77777777">
        <w:tc>
          <w:tcPr>
            <w:tcW w:w="5100" w:type="dxa"/>
          </w:tcPr>
          <w:p w14:paraId="4CC7C7D1" w14:textId="77777777" w:rsidR="008B2A2F" w:rsidRPr="00F143CD" w:rsidRDefault="00000000" w:rsidP="00145452">
            <w:pPr>
              <w:spacing w:line="276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F143CD">
              <w:rPr>
                <w:rFonts w:asciiTheme="minorBidi" w:hAnsiTheme="minorBidi"/>
                <w:sz w:val="24"/>
                <w:szCs w:val="24"/>
                <w:lang w:val="cs-CZ"/>
              </w:rPr>
              <w:t>Evidenční číslo</w:t>
            </w:r>
          </w:p>
        </w:tc>
        <w:tc>
          <w:tcPr>
            <w:tcW w:w="5100" w:type="dxa"/>
          </w:tcPr>
          <w:p w14:paraId="27497917" w14:textId="5B226670" w:rsidR="008B2A2F" w:rsidRPr="00F143CD" w:rsidRDefault="008B2A2F" w:rsidP="00145452">
            <w:pPr>
              <w:spacing w:line="276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  <w:tr w:rsidR="008B2A2F" w:rsidRPr="00F143CD" w14:paraId="2A113527" w14:textId="77777777">
        <w:tc>
          <w:tcPr>
            <w:tcW w:w="5100" w:type="dxa"/>
          </w:tcPr>
          <w:p w14:paraId="35F45360" w14:textId="77777777" w:rsidR="008B2A2F" w:rsidRPr="00F143CD" w:rsidRDefault="00000000" w:rsidP="00145452">
            <w:pPr>
              <w:spacing w:line="276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F143CD">
              <w:rPr>
                <w:rFonts w:asciiTheme="minorBidi" w:hAnsiTheme="minorBidi"/>
                <w:sz w:val="24"/>
                <w:szCs w:val="24"/>
                <w:lang w:val="cs-CZ"/>
              </w:rPr>
              <w:t>Forma mezinárodní ochrany</w:t>
            </w:r>
          </w:p>
        </w:tc>
        <w:tc>
          <w:tcPr>
            <w:tcW w:w="5100" w:type="dxa"/>
          </w:tcPr>
          <w:p w14:paraId="792F63B6" w14:textId="51C0BED6" w:rsidR="008B2A2F" w:rsidRPr="00F143CD" w:rsidRDefault="00000000" w:rsidP="00145452">
            <w:pPr>
              <w:spacing w:line="276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F143CD">
              <w:rPr>
                <w:rFonts w:ascii="Segoe UI Symbol" w:hAnsi="Segoe UI Symbol" w:cs="Segoe UI Symbol"/>
                <w:sz w:val="24"/>
                <w:szCs w:val="24"/>
                <w:lang w:val="cs-CZ"/>
              </w:rPr>
              <w:t>☐</w:t>
            </w:r>
            <w:r w:rsidRPr="00F143CD">
              <w:rPr>
                <w:rFonts w:asciiTheme="minorBidi" w:hAnsiTheme="minorBidi"/>
                <w:sz w:val="24"/>
                <w:szCs w:val="24"/>
                <w:lang w:val="cs-CZ"/>
              </w:rPr>
              <w:t xml:space="preserve"> azyl    </w:t>
            </w:r>
            <w:r w:rsidRPr="00F143CD">
              <w:rPr>
                <w:rFonts w:ascii="Segoe UI Symbol" w:hAnsi="Segoe UI Symbol" w:cs="Segoe UI Symbol"/>
                <w:sz w:val="24"/>
                <w:szCs w:val="24"/>
                <w:lang w:val="cs-CZ"/>
              </w:rPr>
              <w:t>☐</w:t>
            </w:r>
            <w:r w:rsidRPr="00F143CD">
              <w:rPr>
                <w:rFonts w:asciiTheme="minorBidi" w:hAnsiTheme="minorBidi"/>
                <w:sz w:val="24"/>
                <w:szCs w:val="24"/>
                <w:lang w:val="cs-CZ"/>
              </w:rPr>
              <w:t xml:space="preserve"> doplňková ochrana </w:t>
            </w:r>
          </w:p>
        </w:tc>
      </w:tr>
      <w:tr w:rsidR="008B2A2F" w:rsidRPr="00F143CD" w14:paraId="78102C07" w14:textId="77777777">
        <w:tc>
          <w:tcPr>
            <w:tcW w:w="5100" w:type="dxa"/>
          </w:tcPr>
          <w:p w14:paraId="7130F2B4" w14:textId="77777777" w:rsidR="008B2A2F" w:rsidRPr="00F143CD" w:rsidRDefault="00000000" w:rsidP="00145452">
            <w:pPr>
              <w:spacing w:line="276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F143CD">
              <w:rPr>
                <w:rFonts w:asciiTheme="minorBidi" w:hAnsiTheme="minorBidi"/>
                <w:sz w:val="24"/>
                <w:szCs w:val="24"/>
                <w:lang w:val="cs-CZ"/>
              </w:rPr>
              <w:t>Platnost do</w:t>
            </w:r>
          </w:p>
        </w:tc>
        <w:tc>
          <w:tcPr>
            <w:tcW w:w="5100" w:type="dxa"/>
          </w:tcPr>
          <w:p w14:paraId="7DDBE5EA" w14:textId="6A660403" w:rsidR="008B2A2F" w:rsidRPr="00F143CD" w:rsidRDefault="008B2A2F" w:rsidP="00145452">
            <w:pPr>
              <w:spacing w:line="276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</w:tbl>
    <w:p w14:paraId="1F7609A6" w14:textId="77777777" w:rsidR="008B2A2F" w:rsidRPr="00393B53" w:rsidRDefault="008B2A2F">
      <w:pPr>
        <w:rPr>
          <w:rFonts w:asciiTheme="minorBidi" w:hAnsiTheme="minorBidi"/>
          <w:lang w:val="cs-CZ"/>
        </w:rPr>
      </w:pPr>
    </w:p>
    <w:p w14:paraId="0E5CD796" w14:textId="31741E46" w:rsidR="008B2A2F" w:rsidRPr="00B907D6" w:rsidRDefault="00000000">
      <w:pPr>
        <w:rPr>
          <w:rFonts w:asciiTheme="minorBidi" w:hAnsiTheme="minorBidi"/>
          <w:color w:val="332CC6"/>
          <w:lang w:val="cs-CZ"/>
        </w:rPr>
      </w:pPr>
      <w:r w:rsidRPr="00B907D6">
        <w:rPr>
          <w:rFonts w:asciiTheme="minorBidi" w:hAnsiTheme="minorBidi"/>
          <w:b/>
          <w:color w:val="332CC6"/>
          <w:sz w:val="26"/>
          <w:lang w:val="cs-CZ"/>
        </w:rPr>
        <w:lastRenderedPageBreak/>
        <w:t>Rodinní příslušníci</w:t>
      </w:r>
    </w:p>
    <w:p w14:paraId="1AC74466" w14:textId="77777777" w:rsidR="008B2A2F" w:rsidRPr="00393B53" w:rsidRDefault="00000000">
      <w:pPr>
        <w:rPr>
          <w:rFonts w:asciiTheme="minorBidi" w:hAnsiTheme="minorBidi"/>
          <w:sz w:val="24"/>
          <w:szCs w:val="24"/>
          <w:lang w:val="cs-CZ"/>
        </w:rPr>
      </w:pPr>
      <w:r w:rsidRPr="00393B53">
        <w:rPr>
          <w:rFonts w:asciiTheme="minorBidi" w:hAnsiTheme="minorBidi"/>
          <w:sz w:val="24"/>
          <w:szCs w:val="24"/>
          <w:lang w:val="cs-CZ"/>
        </w:rPr>
        <w:t>Dále uvádím všechny členy rodiny, kteří žádají o zařazení do SIP společně: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00"/>
        <w:gridCol w:w="5100"/>
      </w:tblGrid>
      <w:tr w:rsidR="008B2A2F" w:rsidRPr="00393B53" w14:paraId="084C4C14" w14:textId="77777777">
        <w:tc>
          <w:tcPr>
            <w:tcW w:w="5100" w:type="dxa"/>
          </w:tcPr>
          <w:p w14:paraId="6997CBA7" w14:textId="77777777" w:rsidR="008B2A2F" w:rsidRPr="00393B53" w:rsidRDefault="00000000" w:rsidP="00145452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Jméno</w:t>
            </w:r>
          </w:p>
        </w:tc>
        <w:tc>
          <w:tcPr>
            <w:tcW w:w="5100" w:type="dxa"/>
          </w:tcPr>
          <w:p w14:paraId="7F6CB442" w14:textId="66B4D2FC" w:rsidR="008B2A2F" w:rsidRPr="00393B53" w:rsidRDefault="008B2A2F" w:rsidP="00145452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  <w:tr w:rsidR="008B2A2F" w:rsidRPr="00393B53" w14:paraId="57BF4915" w14:textId="77777777">
        <w:tc>
          <w:tcPr>
            <w:tcW w:w="5100" w:type="dxa"/>
          </w:tcPr>
          <w:p w14:paraId="720F57BB" w14:textId="77777777" w:rsidR="008B2A2F" w:rsidRPr="00393B53" w:rsidRDefault="00000000" w:rsidP="00145452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Příjmení</w:t>
            </w:r>
          </w:p>
        </w:tc>
        <w:tc>
          <w:tcPr>
            <w:tcW w:w="5100" w:type="dxa"/>
          </w:tcPr>
          <w:p w14:paraId="51A5912D" w14:textId="420EFCF7" w:rsidR="008B2A2F" w:rsidRPr="00393B53" w:rsidRDefault="008B2A2F" w:rsidP="00145452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  <w:tr w:rsidR="008B2A2F" w:rsidRPr="00393B53" w14:paraId="6D076014" w14:textId="77777777">
        <w:tc>
          <w:tcPr>
            <w:tcW w:w="5100" w:type="dxa"/>
          </w:tcPr>
          <w:p w14:paraId="60638D62" w14:textId="77777777" w:rsidR="008B2A2F" w:rsidRPr="00393B53" w:rsidRDefault="00000000" w:rsidP="00145452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Datum narození</w:t>
            </w:r>
          </w:p>
        </w:tc>
        <w:tc>
          <w:tcPr>
            <w:tcW w:w="5100" w:type="dxa"/>
          </w:tcPr>
          <w:p w14:paraId="6633D1E0" w14:textId="540B6D64" w:rsidR="008B2A2F" w:rsidRPr="00393B53" w:rsidRDefault="008B2A2F" w:rsidP="00145452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  <w:tr w:rsidR="008B2A2F" w:rsidRPr="00393B53" w14:paraId="57E1B1D6" w14:textId="77777777">
        <w:tc>
          <w:tcPr>
            <w:tcW w:w="5100" w:type="dxa"/>
          </w:tcPr>
          <w:p w14:paraId="4EFDDA13" w14:textId="77777777" w:rsidR="008B2A2F" w:rsidRPr="00393B53" w:rsidRDefault="00000000" w:rsidP="00145452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Státní příslušnost</w:t>
            </w:r>
          </w:p>
        </w:tc>
        <w:tc>
          <w:tcPr>
            <w:tcW w:w="5100" w:type="dxa"/>
          </w:tcPr>
          <w:p w14:paraId="7BA3D9A6" w14:textId="5570711D" w:rsidR="008B2A2F" w:rsidRPr="00393B53" w:rsidRDefault="008B2A2F" w:rsidP="00145452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  <w:tr w:rsidR="008B2A2F" w:rsidRPr="00393B53" w14:paraId="507AD0FC" w14:textId="77777777">
        <w:tc>
          <w:tcPr>
            <w:tcW w:w="5100" w:type="dxa"/>
          </w:tcPr>
          <w:p w14:paraId="08703464" w14:textId="77777777" w:rsidR="008B2A2F" w:rsidRPr="00393B53" w:rsidRDefault="00000000" w:rsidP="00145452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Evidenční číslo</w:t>
            </w:r>
          </w:p>
        </w:tc>
        <w:tc>
          <w:tcPr>
            <w:tcW w:w="5100" w:type="dxa"/>
          </w:tcPr>
          <w:p w14:paraId="5396850B" w14:textId="55B052EE" w:rsidR="008B2A2F" w:rsidRPr="00393B53" w:rsidRDefault="008B2A2F" w:rsidP="00145452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  <w:tr w:rsidR="008B2A2F" w:rsidRPr="00393B53" w14:paraId="0AB52030" w14:textId="77777777">
        <w:tc>
          <w:tcPr>
            <w:tcW w:w="5100" w:type="dxa"/>
          </w:tcPr>
          <w:p w14:paraId="12B03329" w14:textId="77777777" w:rsidR="008B2A2F" w:rsidRPr="00393B53" w:rsidRDefault="00000000" w:rsidP="00145452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Forma mezinárodní ochrany</w:t>
            </w:r>
          </w:p>
        </w:tc>
        <w:tc>
          <w:tcPr>
            <w:tcW w:w="5100" w:type="dxa"/>
          </w:tcPr>
          <w:p w14:paraId="0CA756AF" w14:textId="4D0F3D66" w:rsidR="008B2A2F" w:rsidRPr="00393B53" w:rsidRDefault="00000000" w:rsidP="00145452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="Segoe UI Symbol" w:hAnsi="Segoe UI Symbol" w:cs="Segoe UI Symbol"/>
                <w:sz w:val="24"/>
                <w:szCs w:val="24"/>
                <w:lang w:val="cs-CZ"/>
              </w:rPr>
              <w:t>☐</w:t>
            </w: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 xml:space="preserve"> azyl    </w:t>
            </w:r>
            <w:r w:rsidRPr="00393B53">
              <w:rPr>
                <w:rFonts w:ascii="Segoe UI Symbol" w:hAnsi="Segoe UI Symbol" w:cs="Segoe UI Symbol"/>
                <w:sz w:val="24"/>
                <w:szCs w:val="24"/>
                <w:lang w:val="cs-CZ"/>
              </w:rPr>
              <w:t>☐</w:t>
            </w: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 xml:space="preserve"> dopl</w:t>
            </w:r>
            <w:r w:rsidRPr="00393B53">
              <w:rPr>
                <w:rFonts w:ascii="Arial" w:hAnsi="Arial" w:cs="Arial"/>
                <w:sz w:val="24"/>
                <w:szCs w:val="24"/>
                <w:lang w:val="cs-CZ"/>
              </w:rPr>
              <w:t>ň</w:t>
            </w: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kov</w:t>
            </w:r>
            <w:r w:rsidRPr="00393B53">
              <w:rPr>
                <w:rFonts w:ascii="Arial" w:hAnsi="Arial" w:cs="Arial"/>
                <w:sz w:val="24"/>
                <w:szCs w:val="24"/>
                <w:lang w:val="cs-CZ"/>
              </w:rPr>
              <w:t>á</w:t>
            </w: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 xml:space="preserve"> ochrana </w:t>
            </w:r>
          </w:p>
        </w:tc>
      </w:tr>
      <w:tr w:rsidR="008B2A2F" w:rsidRPr="00393B53" w14:paraId="4ED6CD74" w14:textId="77777777">
        <w:tc>
          <w:tcPr>
            <w:tcW w:w="5100" w:type="dxa"/>
          </w:tcPr>
          <w:p w14:paraId="61A09625" w14:textId="77777777" w:rsidR="008B2A2F" w:rsidRPr="00393B53" w:rsidRDefault="00000000" w:rsidP="00145452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Platnost do</w:t>
            </w:r>
          </w:p>
        </w:tc>
        <w:tc>
          <w:tcPr>
            <w:tcW w:w="5100" w:type="dxa"/>
          </w:tcPr>
          <w:p w14:paraId="68ACF8EF" w14:textId="686A55CA" w:rsidR="008B2A2F" w:rsidRPr="00393B53" w:rsidRDefault="008B2A2F" w:rsidP="00145452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  <w:tr w:rsidR="008B2A2F" w:rsidRPr="00393B53" w14:paraId="6D7EF61E" w14:textId="77777777">
        <w:tc>
          <w:tcPr>
            <w:tcW w:w="5100" w:type="dxa"/>
          </w:tcPr>
          <w:p w14:paraId="2194B2CF" w14:textId="2783AF9F" w:rsidR="008B2A2F" w:rsidRPr="00393B53" w:rsidRDefault="00145452" w:rsidP="00145452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Vztah k žadateli</w:t>
            </w:r>
          </w:p>
        </w:tc>
        <w:tc>
          <w:tcPr>
            <w:tcW w:w="5100" w:type="dxa"/>
          </w:tcPr>
          <w:p w14:paraId="609C769B" w14:textId="526A24B6" w:rsidR="008B2A2F" w:rsidRPr="00393B53" w:rsidRDefault="008B2A2F" w:rsidP="00145452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</w:tbl>
    <w:p w14:paraId="2405B5E2" w14:textId="77777777" w:rsidR="00145452" w:rsidRPr="00393B53" w:rsidRDefault="00145452" w:rsidP="00145452">
      <w:pPr>
        <w:jc w:val="right"/>
        <w:rPr>
          <w:rFonts w:asciiTheme="minorBidi" w:hAnsiTheme="minorBidi"/>
          <w:sz w:val="24"/>
          <w:szCs w:val="24"/>
          <w:lang w:val="cs-CZ"/>
        </w:rPr>
      </w:pPr>
    </w:p>
    <w:p w14:paraId="3AB4C69F" w14:textId="5A91BCD2" w:rsidR="008B2A2F" w:rsidRPr="00393B53" w:rsidRDefault="00000000" w:rsidP="00145452">
      <w:pPr>
        <w:jc w:val="right"/>
        <w:rPr>
          <w:rFonts w:asciiTheme="minorBidi" w:hAnsiTheme="minorBidi"/>
          <w:sz w:val="24"/>
          <w:szCs w:val="24"/>
          <w:lang w:val="cs-CZ"/>
        </w:rPr>
      </w:pPr>
      <w:r w:rsidRPr="00393B53">
        <w:rPr>
          <w:rFonts w:asciiTheme="minorBidi" w:hAnsiTheme="minorBidi"/>
          <w:sz w:val="24"/>
          <w:szCs w:val="24"/>
          <w:lang w:val="cs-CZ"/>
        </w:rPr>
        <w:t>Podpis: __________________________</w:t>
      </w:r>
    </w:p>
    <w:p w14:paraId="4434A6FD" w14:textId="77777777" w:rsidR="008B2A2F" w:rsidRPr="00393B53" w:rsidRDefault="008B2A2F">
      <w:pPr>
        <w:rPr>
          <w:rFonts w:asciiTheme="minorBidi" w:hAnsiTheme="minorBidi"/>
          <w:sz w:val="24"/>
          <w:szCs w:val="24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00"/>
        <w:gridCol w:w="5100"/>
      </w:tblGrid>
      <w:tr w:rsidR="008B2A2F" w:rsidRPr="00393B53" w14:paraId="3202346E" w14:textId="77777777">
        <w:tc>
          <w:tcPr>
            <w:tcW w:w="5100" w:type="dxa"/>
          </w:tcPr>
          <w:p w14:paraId="32F720F6" w14:textId="77777777" w:rsidR="008B2A2F" w:rsidRPr="00393B53" w:rsidRDefault="00000000" w:rsidP="00145452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Jméno</w:t>
            </w:r>
          </w:p>
        </w:tc>
        <w:tc>
          <w:tcPr>
            <w:tcW w:w="5100" w:type="dxa"/>
          </w:tcPr>
          <w:p w14:paraId="4DB84A2B" w14:textId="5CB33F61" w:rsidR="008B2A2F" w:rsidRPr="00393B53" w:rsidRDefault="008B2A2F" w:rsidP="00145452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  <w:tr w:rsidR="008B2A2F" w:rsidRPr="00393B53" w14:paraId="36B771C3" w14:textId="77777777">
        <w:tc>
          <w:tcPr>
            <w:tcW w:w="5100" w:type="dxa"/>
          </w:tcPr>
          <w:p w14:paraId="19A22D84" w14:textId="77777777" w:rsidR="008B2A2F" w:rsidRPr="00393B53" w:rsidRDefault="00000000" w:rsidP="00145452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Příjmení</w:t>
            </w:r>
          </w:p>
        </w:tc>
        <w:tc>
          <w:tcPr>
            <w:tcW w:w="5100" w:type="dxa"/>
          </w:tcPr>
          <w:p w14:paraId="7DB8D45A" w14:textId="63935775" w:rsidR="008B2A2F" w:rsidRPr="00393B53" w:rsidRDefault="008B2A2F" w:rsidP="00145452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  <w:tr w:rsidR="008B2A2F" w:rsidRPr="00393B53" w14:paraId="1E179107" w14:textId="77777777">
        <w:tc>
          <w:tcPr>
            <w:tcW w:w="5100" w:type="dxa"/>
          </w:tcPr>
          <w:p w14:paraId="3694236D" w14:textId="77777777" w:rsidR="008B2A2F" w:rsidRPr="00393B53" w:rsidRDefault="00000000" w:rsidP="00145452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Datum narození</w:t>
            </w:r>
          </w:p>
        </w:tc>
        <w:tc>
          <w:tcPr>
            <w:tcW w:w="5100" w:type="dxa"/>
          </w:tcPr>
          <w:p w14:paraId="6C1FE16A" w14:textId="268F20F0" w:rsidR="008B2A2F" w:rsidRPr="00393B53" w:rsidRDefault="008B2A2F" w:rsidP="00145452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  <w:tr w:rsidR="008B2A2F" w:rsidRPr="00393B53" w14:paraId="74448C4D" w14:textId="77777777">
        <w:tc>
          <w:tcPr>
            <w:tcW w:w="5100" w:type="dxa"/>
          </w:tcPr>
          <w:p w14:paraId="09237437" w14:textId="77777777" w:rsidR="008B2A2F" w:rsidRPr="00393B53" w:rsidRDefault="00000000" w:rsidP="00145452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Státní příslušnost</w:t>
            </w:r>
          </w:p>
        </w:tc>
        <w:tc>
          <w:tcPr>
            <w:tcW w:w="5100" w:type="dxa"/>
          </w:tcPr>
          <w:p w14:paraId="302E1E13" w14:textId="5BEF4D36" w:rsidR="008B2A2F" w:rsidRPr="00393B53" w:rsidRDefault="008B2A2F" w:rsidP="00145452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  <w:tr w:rsidR="008B2A2F" w:rsidRPr="00393B53" w14:paraId="5BF6A5A7" w14:textId="77777777">
        <w:tc>
          <w:tcPr>
            <w:tcW w:w="5100" w:type="dxa"/>
          </w:tcPr>
          <w:p w14:paraId="04C7582B" w14:textId="77777777" w:rsidR="008B2A2F" w:rsidRPr="00393B53" w:rsidRDefault="00000000" w:rsidP="00145452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Evidenční číslo</w:t>
            </w:r>
          </w:p>
        </w:tc>
        <w:tc>
          <w:tcPr>
            <w:tcW w:w="5100" w:type="dxa"/>
          </w:tcPr>
          <w:p w14:paraId="6E8E1633" w14:textId="0671E909" w:rsidR="008B2A2F" w:rsidRPr="00393B53" w:rsidRDefault="008B2A2F" w:rsidP="00145452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  <w:tr w:rsidR="008B2A2F" w:rsidRPr="00393B53" w14:paraId="126E8CF2" w14:textId="77777777">
        <w:tc>
          <w:tcPr>
            <w:tcW w:w="5100" w:type="dxa"/>
          </w:tcPr>
          <w:p w14:paraId="203DCCB7" w14:textId="77777777" w:rsidR="008B2A2F" w:rsidRPr="00393B53" w:rsidRDefault="00000000" w:rsidP="00145452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Forma mezinárodní ochrany</w:t>
            </w:r>
          </w:p>
        </w:tc>
        <w:tc>
          <w:tcPr>
            <w:tcW w:w="5100" w:type="dxa"/>
          </w:tcPr>
          <w:p w14:paraId="7DE3422C" w14:textId="5B05BEA2" w:rsidR="008B2A2F" w:rsidRPr="00393B53" w:rsidRDefault="00000000" w:rsidP="00145452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="Segoe UI Symbol" w:hAnsi="Segoe UI Symbol" w:cs="Segoe UI Symbol"/>
                <w:sz w:val="24"/>
                <w:szCs w:val="24"/>
                <w:lang w:val="cs-CZ"/>
              </w:rPr>
              <w:t>☐</w:t>
            </w: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 xml:space="preserve"> azyl    </w:t>
            </w:r>
            <w:r w:rsidRPr="00393B53">
              <w:rPr>
                <w:rFonts w:ascii="Segoe UI Symbol" w:hAnsi="Segoe UI Symbol" w:cs="Segoe UI Symbol"/>
                <w:sz w:val="24"/>
                <w:szCs w:val="24"/>
                <w:lang w:val="cs-CZ"/>
              </w:rPr>
              <w:t>☐</w:t>
            </w: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 xml:space="preserve"> dopl</w:t>
            </w:r>
            <w:r w:rsidRPr="00393B53">
              <w:rPr>
                <w:rFonts w:ascii="Arial" w:hAnsi="Arial" w:cs="Arial"/>
                <w:sz w:val="24"/>
                <w:szCs w:val="24"/>
                <w:lang w:val="cs-CZ"/>
              </w:rPr>
              <w:t>ň</w:t>
            </w: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kov</w:t>
            </w:r>
            <w:r w:rsidRPr="00393B53">
              <w:rPr>
                <w:rFonts w:ascii="Arial" w:hAnsi="Arial" w:cs="Arial"/>
                <w:sz w:val="24"/>
                <w:szCs w:val="24"/>
                <w:lang w:val="cs-CZ"/>
              </w:rPr>
              <w:t>á</w:t>
            </w: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 xml:space="preserve"> ochrana </w:t>
            </w:r>
          </w:p>
        </w:tc>
      </w:tr>
      <w:tr w:rsidR="008B2A2F" w:rsidRPr="00393B53" w14:paraId="5984123C" w14:textId="77777777">
        <w:tc>
          <w:tcPr>
            <w:tcW w:w="5100" w:type="dxa"/>
          </w:tcPr>
          <w:p w14:paraId="3621D63D" w14:textId="77777777" w:rsidR="008B2A2F" w:rsidRPr="00393B53" w:rsidRDefault="00000000" w:rsidP="00145452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Platnost do</w:t>
            </w:r>
          </w:p>
        </w:tc>
        <w:tc>
          <w:tcPr>
            <w:tcW w:w="5100" w:type="dxa"/>
          </w:tcPr>
          <w:p w14:paraId="4B24B016" w14:textId="066F27D1" w:rsidR="008B2A2F" w:rsidRPr="00393B53" w:rsidRDefault="008B2A2F" w:rsidP="00145452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  <w:tr w:rsidR="008B2A2F" w:rsidRPr="00393B53" w14:paraId="23100708" w14:textId="77777777">
        <w:tc>
          <w:tcPr>
            <w:tcW w:w="5100" w:type="dxa"/>
          </w:tcPr>
          <w:p w14:paraId="3ABC6442" w14:textId="334CE436" w:rsidR="008B2A2F" w:rsidRPr="00393B53" w:rsidRDefault="00145452" w:rsidP="00145452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Vztah k žadateli</w:t>
            </w:r>
          </w:p>
        </w:tc>
        <w:tc>
          <w:tcPr>
            <w:tcW w:w="5100" w:type="dxa"/>
          </w:tcPr>
          <w:p w14:paraId="685F175C" w14:textId="71574408" w:rsidR="008B2A2F" w:rsidRPr="00393B53" w:rsidRDefault="008B2A2F" w:rsidP="00145452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</w:tbl>
    <w:p w14:paraId="70CC311F" w14:textId="77777777" w:rsidR="00145452" w:rsidRPr="00393B53" w:rsidRDefault="00145452" w:rsidP="00145452">
      <w:pPr>
        <w:jc w:val="right"/>
        <w:rPr>
          <w:rFonts w:asciiTheme="minorBidi" w:hAnsiTheme="minorBidi"/>
          <w:sz w:val="24"/>
          <w:szCs w:val="24"/>
          <w:lang w:val="cs-CZ"/>
        </w:rPr>
      </w:pPr>
    </w:p>
    <w:p w14:paraId="38EA72E2" w14:textId="0A1F60AB" w:rsidR="008B2A2F" w:rsidRPr="00393B53" w:rsidRDefault="00000000" w:rsidP="00145452">
      <w:pPr>
        <w:jc w:val="right"/>
        <w:rPr>
          <w:rFonts w:asciiTheme="minorBidi" w:hAnsiTheme="minorBidi"/>
          <w:sz w:val="24"/>
          <w:szCs w:val="24"/>
          <w:lang w:val="cs-CZ"/>
        </w:rPr>
      </w:pPr>
      <w:r w:rsidRPr="00393B53">
        <w:rPr>
          <w:rFonts w:asciiTheme="minorBidi" w:hAnsiTheme="minorBidi"/>
          <w:sz w:val="24"/>
          <w:szCs w:val="24"/>
          <w:lang w:val="cs-CZ"/>
        </w:rPr>
        <w:t>Podpis: __________________________</w:t>
      </w:r>
    </w:p>
    <w:p w14:paraId="15460BB1" w14:textId="77777777" w:rsidR="008B2A2F" w:rsidRPr="00393B53" w:rsidRDefault="008B2A2F">
      <w:pPr>
        <w:rPr>
          <w:rFonts w:asciiTheme="minorBidi" w:hAnsiTheme="minorBidi"/>
          <w:lang w:val="cs-CZ"/>
        </w:rPr>
      </w:pPr>
    </w:p>
    <w:p w14:paraId="3125B702" w14:textId="77777777" w:rsidR="00145452" w:rsidRPr="00393B53" w:rsidRDefault="00145452">
      <w:pPr>
        <w:rPr>
          <w:rFonts w:asciiTheme="minorBidi" w:hAnsiTheme="minorBidi"/>
          <w:b/>
          <w:color w:val="154360"/>
          <w:sz w:val="26"/>
          <w:lang w:val="cs-CZ"/>
        </w:rPr>
      </w:pPr>
      <w:r w:rsidRPr="00393B53">
        <w:rPr>
          <w:rFonts w:asciiTheme="minorBidi" w:hAnsiTheme="minorBidi"/>
          <w:b/>
          <w:color w:val="154360"/>
          <w:sz w:val="26"/>
          <w:lang w:val="cs-CZ"/>
        </w:rPr>
        <w:br w:type="page"/>
      </w:r>
    </w:p>
    <w:p w14:paraId="3B3B32A2" w14:textId="0B5E0656" w:rsidR="008B2A2F" w:rsidRPr="00B907D6" w:rsidRDefault="00000000">
      <w:pPr>
        <w:rPr>
          <w:rFonts w:asciiTheme="minorBidi" w:hAnsiTheme="minorBidi"/>
          <w:color w:val="332CC6"/>
          <w:lang w:val="cs-CZ"/>
        </w:rPr>
      </w:pPr>
      <w:r w:rsidRPr="00B907D6">
        <w:rPr>
          <w:rFonts w:asciiTheme="minorBidi" w:hAnsiTheme="minorBidi"/>
          <w:b/>
          <w:color w:val="332CC6"/>
          <w:sz w:val="26"/>
          <w:lang w:val="cs-CZ"/>
        </w:rPr>
        <w:lastRenderedPageBreak/>
        <w:t>Nezletilé děti</w:t>
      </w:r>
    </w:p>
    <w:p w14:paraId="69124691" w14:textId="77777777" w:rsidR="008B2A2F" w:rsidRPr="00393B53" w:rsidRDefault="00000000">
      <w:pPr>
        <w:rPr>
          <w:rFonts w:asciiTheme="minorBidi" w:hAnsiTheme="minorBidi"/>
          <w:lang w:val="cs-CZ"/>
        </w:rPr>
      </w:pPr>
      <w:r w:rsidRPr="00393B53">
        <w:rPr>
          <w:rFonts w:asciiTheme="minorBidi" w:hAnsiTheme="minorBidi"/>
          <w:lang w:val="cs-CZ"/>
        </w:rPr>
        <w:t>O zařazení do SIP žádám i jménem nezletilého dítěte / nezletilých dětí: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00"/>
        <w:gridCol w:w="5100"/>
      </w:tblGrid>
      <w:tr w:rsidR="008B2A2F" w:rsidRPr="00393B53" w14:paraId="5460BE0E" w14:textId="77777777">
        <w:tc>
          <w:tcPr>
            <w:tcW w:w="5100" w:type="dxa"/>
          </w:tcPr>
          <w:p w14:paraId="7D2A2115" w14:textId="77777777" w:rsidR="008B2A2F" w:rsidRPr="00393B53" w:rsidRDefault="00000000" w:rsidP="00F143CD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Jméno</w:t>
            </w:r>
          </w:p>
        </w:tc>
        <w:tc>
          <w:tcPr>
            <w:tcW w:w="5100" w:type="dxa"/>
          </w:tcPr>
          <w:p w14:paraId="54441EDC" w14:textId="3BD9CF35" w:rsidR="008B2A2F" w:rsidRPr="00393B53" w:rsidRDefault="008B2A2F" w:rsidP="00F143CD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  <w:tr w:rsidR="008B2A2F" w:rsidRPr="00393B53" w14:paraId="3A647B71" w14:textId="77777777">
        <w:tc>
          <w:tcPr>
            <w:tcW w:w="5100" w:type="dxa"/>
          </w:tcPr>
          <w:p w14:paraId="1E67FAA7" w14:textId="77777777" w:rsidR="008B2A2F" w:rsidRPr="00393B53" w:rsidRDefault="00000000" w:rsidP="00F143CD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Příjmení</w:t>
            </w:r>
          </w:p>
        </w:tc>
        <w:tc>
          <w:tcPr>
            <w:tcW w:w="5100" w:type="dxa"/>
          </w:tcPr>
          <w:p w14:paraId="16078ACC" w14:textId="2DEEF81A" w:rsidR="008B2A2F" w:rsidRPr="00393B53" w:rsidRDefault="008B2A2F" w:rsidP="00F143CD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  <w:tr w:rsidR="008B2A2F" w:rsidRPr="00393B53" w14:paraId="3DB17743" w14:textId="77777777">
        <w:tc>
          <w:tcPr>
            <w:tcW w:w="5100" w:type="dxa"/>
          </w:tcPr>
          <w:p w14:paraId="3BE074E5" w14:textId="77777777" w:rsidR="008B2A2F" w:rsidRPr="00393B53" w:rsidRDefault="00000000" w:rsidP="00F143CD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Datum narození</w:t>
            </w:r>
          </w:p>
        </w:tc>
        <w:tc>
          <w:tcPr>
            <w:tcW w:w="5100" w:type="dxa"/>
          </w:tcPr>
          <w:p w14:paraId="2CF13CAD" w14:textId="43B0BABD" w:rsidR="008B2A2F" w:rsidRPr="00393B53" w:rsidRDefault="008B2A2F" w:rsidP="00F143CD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  <w:tr w:rsidR="008B2A2F" w:rsidRPr="00393B53" w14:paraId="3533EED3" w14:textId="77777777">
        <w:tc>
          <w:tcPr>
            <w:tcW w:w="5100" w:type="dxa"/>
          </w:tcPr>
          <w:p w14:paraId="5C392AF1" w14:textId="77777777" w:rsidR="008B2A2F" w:rsidRPr="00393B53" w:rsidRDefault="00000000" w:rsidP="00F143CD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Státní příslušnost</w:t>
            </w:r>
          </w:p>
        </w:tc>
        <w:tc>
          <w:tcPr>
            <w:tcW w:w="5100" w:type="dxa"/>
          </w:tcPr>
          <w:p w14:paraId="18314515" w14:textId="6DF8AE76" w:rsidR="008B2A2F" w:rsidRPr="00393B53" w:rsidRDefault="008B2A2F" w:rsidP="00F143CD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  <w:tr w:rsidR="008B2A2F" w:rsidRPr="00393B53" w14:paraId="771EA2E6" w14:textId="77777777">
        <w:tc>
          <w:tcPr>
            <w:tcW w:w="5100" w:type="dxa"/>
          </w:tcPr>
          <w:p w14:paraId="245DF756" w14:textId="77777777" w:rsidR="008B2A2F" w:rsidRPr="00393B53" w:rsidRDefault="00000000" w:rsidP="00F143CD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Evidenční číslo</w:t>
            </w:r>
          </w:p>
        </w:tc>
        <w:tc>
          <w:tcPr>
            <w:tcW w:w="5100" w:type="dxa"/>
          </w:tcPr>
          <w:p w14:paraId="43E65A2F" w14:textId="7849E1D8" w:rsidR="008B2A2F" w:rsidRPr="00393B53" w:rsidRDefault="008B2A2F" w:rsidP="00F143CD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  <w:tr w:rsidR="008B2A2F" w:rsidRPr="00393B53" w14:paraId="7A42DE6D" w14:textId="77777777">
        <w:tc>
          <w:tcPr>
            <w:tcW w:w="5100" w:type="dxa"/>
          </w:tcPr>
          <w:p w14:paraId="6D5C4BFC" w14:textId="77777777" w:rsidR="008B2A2F" w:rsidRPr="00393B53" w:rsidRDefault="00000000" w:rsidP="00F143CD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Forma mezinárodní ochrany</w:t>
            </w:r>
          </w:p>
        </w:tc>
        <w:tc>
          <w:tcPr>
            <w:tcW w:w="5100" w:type="dxa"/>
          </w:tcPr>
          <w:p w14:paraId="08DBFB43" w14:textId="456A1AC6" w:rsidR="008B2A2F" w:rsidRPr="00393B53" w:rsidRDefault="00000000" w:rsidP="00F143CD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="Segoe UI Symbol" w:hAnsi="Segoe UI Symbol" w:cs="Segoe UI Symbol"/>
                <w:sz w:val="24"/>
                <w:szCs w:val="24"/>
                <w:lang w:val="cs-CZ"/>
              </w:rPr>
              <w:t>☐</w:t>
            </w: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 xml:space="preserve"> azyl    </w:t>
            </w:r>
            <w:r w:rsidRPr="00393B53">
              <w:rPr>
                <w:rFonts w:ascii="Segoe UI Symbol" w:hAnsi="Segoe UI Symbol" w:cs="Segoe UI Symbol"/>
                <w:sz w:val="24"/>
                <w:szCs w:val="24"/>
                <w:lang w:val="cs-CZ"/>
              </w:rPr>
              <w:t>☐</w:t>
            </w: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 xml:space="preserve"> dopl</w:t>
            </w:r>
            <w:r w:rsidRPr="00393B53">
              <w:rPr>
                <w:rFonts w:ascii="Arial" w:hAnsi="Arial" w:cs="Arial"/>
                <w:sz w:val="24"/>
                <w:szCs w:val="24"/>
                <w:lang w:val="cs-CZ"/>
              </w:rPr>
              <w:t>ň</w:t>
            </w: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kov</w:t>
            </w:r>
            <w:r w:rsidRPr="00393B53">
              <w:rPr>
                <w:rFonts w:ascii="Arial" w:hAnsi="Arial" w:cs="Arial"/>
                <w:sz w:val="24"/>
                <w:szCs w:val="24"/>
                <w:lang w:val="cs-CZ"/>
              </w:rPr>
              <w:t>á</w:t>
            </w: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 xml:space="preserve"> ochrana </w:t>
            </w:r>
          </w:p>
        </w:tc>
      </w:tr>
      <w:tr w:rsidR="008B2A2F" w:rsidRPr="00393B53" w14:paraId="058BBC92" w14:textId="77777777">
        <w:tc>
          <w:tcPr>
            <w:tcW w:w="5100" w:type="dxa"/>
          </w:tcPr>
          <w:p w14:paraId="725BF86D" w14:textId="35164379" w:rsidR="008B2A2F" w:rsidRPr="00393B53" w:rsidRDefault="00145452" w:rsidP="00F143CD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Vztah k žadateli</w:t>
            </w:r>
          </w:p>
        </w:tc>
        <w:tc>
          <w:tcPr>
            <w:tcW w:w="5100" w:type="dxa"/>
          </w:tcPr>
          <w:p w14:paraId="4D565F1D" w14:textId="1291E8C9" w:rsidR="008B2A2F" w:rsidRPr="00393B53" w:rsidRDefault="00000000" w:rsidP="00F143CD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 xml:space="preserve"> </w:t>
            </w:r>
          </w:p>
        </w:tc>
      </w:tr>
    </w:tbl>
    <w:p w14:paraId="5CCDE921" w14:textId="77777777" w:rsidR="008B2A2F" w:rsidRPr="00393B53" w:rsidRDefault="008B2A2F" w:rsidP="00F143CD">
      <w:pPr>
        <w:spacing w:after="0"/>
        <w:rPr>
          <w:rFonts w:asciiTheme="minorBidi" w:hAnsiTheme="minorBidi"/>
          <w:sz w:val="18"/>
          <w:szCs w:val="18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00"/>
        <w:gridCol w:w="5100"/>
      </w:tblGrid>
      <w:tr w:rsidR="008B2A2F" w:rsidRPr="00393B53" w14:paraId="35ADC57F" w14:textId="77777777">
        <w:tc>
          <w:tcPr>
            <w:tcW w:w="5100" w:type="dxa"/>
          </w:tcPr>
          <w:p w14:paraId="62758AC0" w14:textId="77777777" w:rsidR="008B2A2F" w:rsidRPr="00393B53" w:rsidRDefault="00000000" w:rsidP="00F143CD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Jméno</w:t>
            </w:r>
          </w:p>
        </w:tc>
        <w:tc>
          <w:tcPr>
            <w:tcW w:w="5100" w:type="dxa"/>
          </w:tcPr>
          <w:p w14:paraId="5258D9F1" w14:textId="029C2C1C" w:rsidR="008B2A2F" w:rsidRPr="00393B53" w:rsidRDefault="008B2A2F" w:rsidP="00F143CD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  <w:tr w:rsidR="008B2A2F" w:rsidRPr="00393B53" w14:paraId="213F86E7" w14:textId="77777777">
        <w:tc>
          <w:tcPr>
            <w:tcW w:w="5100" w:type="dxa"/>
          </w:tcPr>
          <w:p w14:paraId="667E75E5" w14:textId="77777777" w:rsidR="008B2A2F" w:rsidRPr="00393B53" w:rsidRDefault="00000000" w:rsidP="00F143CD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Příjmení</w:t>
            </w:r>
          </w:p>
        </w:tc>
        <w:tc>
          <w:tcPr>
            <w:tcW w:w="5100" w:type="dxa"/>
          </w:tcPr>
          <w:p w14:paraId="1C7DCD73" w14:textId="3C54CD6B" w:rsidR="008B2A2F" w:rsidRPr="00393B53" w:rsidRDefault="008B2A2F" w:rsidP="00F143CD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  <w:tr w:rsidR="008B2A2F" w:rsidRPr="00393B53" w14:paraId="445C2FCD" w14:textId="77777777">
        <w:tc>
          <w:tcPr>
            <w:tcW w:w="5100" w:type="dxa"/>
          </w:tcPr>
          <w:p w14:paraId="1D270265" w14:textId="77777777" w:rsidR="008B2A2F" w:rsidRPr="00393B53" w:rsidRDefault="00000000" w:rsidP="00F143CD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Datum narození</w:t>
            </w:r>
          </w:p>
        </w:tc>
        <w:tc>
          <w:tcPr>
            <w:tcW w:w="5100" w:type="dxa"/>
          </w:tcPr>
          <w:p w14:paraId="7C939230" w14:textId="1C5951E6" w:rsidR="008B2A2F" w:rsidRPr="00393B53" w:rsidRDefault="008B2A2F" w:rsidP="00F143CD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  <w:tr w:rsidR="008B2A2F" w:rsidRPr="00393B53" w14:paraId="77EB6FA7" w14:textId="77777777">
        <w:tc>
          <w:tcPr>
            <w:tcW w:w="5100" w:type="dxa"/>
          </w:tcPr>
          <w:p w14:paraId="1FA2A8C3" w14:textId="77777777" w:rsidR="008B2A2F" w:rsidRPr="00393B53" w:rsidRDefault="00000000" w:rsidP="00F143CD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Státní příslušnost</w:t>
            </w:r>
          </w:p>
        </w:tc>
        <w:tc>
          <w:tcPr>
            <w:tcW w:w="5100" w:type="dxa"/>
          </w:tcPr>
          <w:p w14:paraId="3E30F9C9" w14:textId="29A7AEBC" w:rsidR="008B2A2F" w:rsidRPr="00393B53" w:rsidRDefault="008B2A2F" w:rsidP="00F143CD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  <w:tr w:rsidR="008B2A2F" w:rsidRPr="00393B53" w14:paraId="471B8581" w14:textId="77777777">
        <w:tc>
          <w:tcPr>
            <w:tcW w:w="5100" w:type="dxa"/>
          </w:tcPr>
          <w:p w14:paraId="1E275F7E" w14:textId="77777777" w:rsidR="008B2A2F" w:rsidRPr="00393B53" w:rsidRDefault="00000000" w:rsidP="00F143CD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Evidenční číslo</w:t>
            </w:r>
          </w:p>
        </w:tc>
        <w:tc>
          <w:tcPr>
            <w:tcW w:w="5100" w:type="dxa"/>
          </w:tcPr>
          <w:p w14:paraId="67872822" w14:textId="20E73565" w:rsidR="008B2A2F" w:rsidRPr="00393B53" w:rsidRDefault="008B2A2F" w:rsidP="00F143CD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  <w:tr w:rsidR="008B2A2F" w:rsidRPr="00393B53" w14:paraId="2593352D" w14:textId="77777777">
        <w:tc>
          <w:tcPr>
            <w:tcW w:w="5100" w:type="dxa"/>
          </w:tcPr>
          <w:p w14:paraId="05DD87F3" w14:textId="77777777" w:rsidR="008B2A2F" w:rsidRPr="00393B53" w:rsidRDefault="00000000" w:rsidP="00F143CD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Forma mezinárodní ochrany</w:t>
            </w:r>
          </w:p>
        </w:tc>
        <w:tc>
          <w:tcPr>
            <w:tcW w:w="5100" w:type="dxa"/>
          </w:tcPr>
          <w:p w14:paraId="1EB51FD7" w14:textId="60F82806" w:rsidR="008B2A2F" w:rsidRPr="00393B53" w:rsidRDefault="00000000" w:rsidP="00F143CD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="Segoe UI Symbol" w:hAnsi="Segoe UI Symbol" w:cs="Segoe UI Symbol"/>
                <w:sz w:val="24"/>
                <w:szCs w:val="24"/>
                <w:lang w:val="cs-CZ"/>
              </w:rPr>
              <w:t>☐</w:t>
            </w: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 xml:space="preserve"> azyl    </w:t>
            </w:r>
            <w:r w:rsidRPr="00393B53">
              <w:rPr>
                <w:rFonts w:ascii="Segoe UI Symbol" w:hAnsi="Segoe UI Symbol" w:cs="Segoe UI Symbol"/>
                <w:sz w:val="24"/>
                <w:szCs w:val="24"/>
                <w:lang w:val="cs-CZ"/>
              </w:rPr>
              <w:t>☐</w:t>
            </w: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 xml:space="preserve"> dopl</w:t>
            </w:r>
            <w:r w:rsidRPr="00393B53">
              <w:rPr>
                <w:rFonts w:ascii="Arial" w:hAnsi="Arial" w:cs="Arial"/>
                <w:sz w:val="24"/>
                <w:szCs w:val="24"/>
                <w:lang w:val="cs-CZ"/>
              </w:rPr>
              <w:t>ň</w:t>
            </w: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kov</w:t>
            </w:r>
            <w:r w:rsidRPr="00393B53">
              <w:rPr>
                <w:rFonts w:ascii="Arial" w:hAnsi="Arial" w:cs="Arial"/>
                <w:sz w:val="24"/>
                <w:szCs w:val="24"/>
                <w:lang w:val="cs-CZ"/>
              </w:rPr>
              <w:t>á</w:t>
            </w: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 xml:space="preserve"> ochrana </w:t>
            </w:r>
          </w:p>
        </w:tc>
      </w:tr>
      <w:tr w:rsidR="008B2A2F" w:rsidRPr="00393B53" w14:paraId="117C1E5B" w14:textId="77777777">
        <w:tc>
          <w:tcPr>
            <w:tcW w:w="5100" w:type="dxa"/>
          </w:tcPr>
          <w:p w14:paraId="1B6BD06C" w14:textId="28A0594B" w:rsidR="008B2A2F" w:rsidRPr="00393B53" w:rsidRDefault="00145452" w:rsidP="00F143CD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Vztah k žadateli</w:t>
            </w:r>
          </w:p>
        </w:tc>
        <w:tc>
          <w:tcPr>
            <w:tcW w:w="5100" w:type="dxa"/>
          </w:tcPr>
          <w:p w14:paraId="1227873E" w14:textId="2B246132" w:rsidR="008B2A2F" w:rsidRPr="00393B53" w:rsidRDefault="00000000" w:rsidP="00F143CD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 xml:space="preserve"> </w:t>
            </w:r>
          </w:p>
        </w:tc>
      </w:tr>
    </w:tbl>
    <w:p w14:paraId="61A551D0" w14:textId="77777777" w:rsidR="008B2A2F" w:rsidRPr="00393B53" w:rsidRDefault="008B2A2F" w:rsidP="00F143CD">
      <w:pPr>
        <w:spacing w:after="0"/>
        <w:rPr>
          <w:rFonts w:asciiTheme="minorBidi" w:hAnsiTheme="minorBidi"/>
          <w:sz w:val="18"/>
          <w:szCs w:val="18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00"/>
        <w:gridCol w:w="5100"/>
      </w:tblGrid>
      <w:tr w:rsidR="00393B53" w:rsidRPr="00393B53" w14:paraId="46A8E114" w14:textId="77777777" w:rsidTr="00677D20">
        <w:tc>
          <w:tcPr>
            <w:tcW w:w="5100" w:type="dxa"/>
          </w:tcPr>
          <w:p w14:paraId="75B6F5A2" w14:textId="77777777" w:rsidR="00393B53" w:rsidRPr="00393B53" w:rsidRDefault="00393B53" w:rsidP="00F143CD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Jméno</w:t>
            </w:r>
          </w:p>
        </w:tc>
        <w:tc>
          <w:tcPr>
            <w:tcW w:w="5100" w:type="dxa"/>
          </w:tcPr>
          <w:p w14:paraId="06FA2D4F" w14:textId="77777777" w:rsidR="00393B53" w:rsidRPr="00393B53" w:rsidRDefault="00393B53" w:rsidP="00F143CD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  <w:tr w:rsidR="00393B53" w:rsidRPr="00393B53" w14:paraId="26B30DCE" w14:textId="77777777" w:rsidTr="00677D20">
        <w:tc>
          <w:tcPr>
            <w:tcW w:w="5100" w:type="dxa"/>
          </w:tcPr>
          <w:p w14:paraId="57CF8AA4" w14:textId="77777777" w:rsidR="00393B53" w:rsidRPr="00393B53" w:rsidRDefault="00393B53" w:rsidP="00F143CD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Příjmení</w:t>
            </w:r>
          </w:p>
        </w:tc>
        <w:tc>
          <w:tcPr>
            <w:tcW w:w="5100" w:type="dxa"/>
          </w:tcPr>
          <w:p w14:paraId="50068F44" w14:textId="77777777" w:rsidR="00393B53" w:rsidRPr="00393B53" w:rsidRDefault="00393B53" w:rsidP="00F143CD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  <w:tr w:rsidR="00393B53" w:rsidRPr="00393B53" w14:paraId="3701C351" w14:textId="77777777" w:rsidTr="00677D20">
        <w:tc>
          <w:tcPr>
            <w:tcW w:w="5100" w:type="dxa"/>
          </w:tcPr>
          <w:p w14:paraId="3E25531B" w14:textId="77777777" w:rsidR="00393B53" w:rsidRPr="00393B53" w:rsidRDefault="00393B53" w:rsidP="00F143CD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Datum narození</w:t>
            </w:r>
          </w:p>
        </w:tc>
        <w:tc>
          <w:tcPr>
            <w:tcW w:w="5100" w:type="dxa"/>
          </w:tcPr>
          <w:p w14:paraId="38F20049" w14:textId="77777777" w:rsidR="00393B53" w:rsidRPr="00393B53" w:rsidRDefault="00393B53" w:rsidP="00F143CD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  <w:tr w:rsidR="00393B53" w:rsidRPr="00393B53" w14:paraId="331C9C57" w14:textId="77777777" w:rsidTr="00677D20">
        <w:tc>
          <w:tcPr>
            <w:tcW w:w="5100" w:type="dxa"/>
          </w:tcPr>
          <w:p w14:paraId="59AEC940" w14:textId="77777777" w:rsidR="00393B53" w:rsidRPr="00393B53" w:rsidRDefault="00393B53" w:rsidP="00F143CD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Státní příslušnost</w:t>
            </w:r>
          </w:p>
        </w:tc>
        <w:tc>
          <w:tcPr>
            <w:tcW w:w="5100" w:type="dxa"/>
          </w:tcPr>
          <w:p w14:paraId="216B7963" w14:textId="77777777" w:rsidR="00393B53" w:rsidRPr="00393B53" w:rsidRDefault="00393B53" w:rsidP="00F143CD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  <w:tr w:rsidR="00393B53" w:rsidRPr="00393B53" w14:paraId="3F97FCB6" w14:textId="77777777" w:rsidTr="00677D20">
        <w:tc>
          <w:tcPr>
            <w:tcW w:w="5100" w:type="dxa"/>
          </w:tcPr>
          <w:p w14:paraId="6BA6731F" w14:textId="77777777" w:rsidR="00393B53" w:rsidRPr="00393B53" w:rsidRDefault="00393B53" w:rsidP="00F143CD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Evidenční číslo</w:t>
            </w:r>
          </w:p>
        </w:tc>
        <w:tc>
          <w:tcPr>
            <w:tcW w:w="5100" w:type="dxa"/>
          </w:tcPr>
          <w:p w14:paraId="6B9B4AF8" w14:textId="77777777" w:rsidR="00393B53" w:rsidRPr="00393B53" w:rsidRDefault="00393B53" w:rsidP="00F143CD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  <w:tr w:rsidR="00393B53" w:rsidRPr="00393B53" w14:paraId="50AA18CD" w14:textId="77777777" w:rsidTr="00677D20">
        <w:tc>
          <w:tcPr>
            <w:tcW w:w="5100" w:type="dxa"/>
          </w:tcPr>
          <w:p w14:paraId="44C6AC42" w14:textId="77777777" w:rsidR="00393B53" w:rsidRPr="00393B53" w:rsidRDefault="00393B53" w:rsidP="00F143CD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Forma mezinárodní ochrany</w:t>
            </w:r>
          </w:p>
        </w:tc>
        <w:tc>
          <w:tcPr>
            <w:tcW w:w="5100" w:type="dxa"/>
          </w:tcPr>
          <w:p w14:paraId="14CB2729" w14:textId="77777777" w:rsidR="00393B53" w:rsidRPr="00393B53" w:rsidRDefault="00393B53" w:rsidP="00F143CD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="Segoe UI Symbol" w:hAnsi="Segoe UI Symbol" w:cs="Segoe UI Symbol"/>
                <w:sz w:val="24"/>
                <w:szCs w:val="24"/>
                <w:lang w:val="cs-CZ"/>
              </w:rPr>
              <w:t>☐</w:t>
            </w: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 xml:space="preserve"> azyl    </w:t>
            </w:r>
            <w:r w:rsidRPr="00393B53">
              <w:rPr>
                <w:rFonts w:ascii="Segoe UI Symbol" w:hAnsi="Segoe UI Symbol" w:cs="Segoe UI Symbol"/>
                <w:sz w:val="24"/>
                <w:szCs w:val="24"/>
                <w:lang w:val="cs-CZ"/>
              </w:rPr>
              <w:t>☐</w:t>
            </w: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 xml:space="preserve"> dopl</w:t>
            </w:r>
            <w:r w:rsidRPr="00393B53">
              <w:rPr>
                <w:rFonts w:ascii="Arial" w:hAnsi="Arial" w:cs="Arial"/>
                <w:sz w:val="24"/>
                <w:szCs w:val="24"/>
                <w:lang w:val="cs-CZ"/>
              </w:rPr>
              <w:t>ň</w:t>
            </w: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kov</w:t>
            </w:r>
            <w:r w:rsidRPr="00393B53">
              <w:rPr>
                <w:rFonts w:ascii="Arial" w:hAnsi="Arial" w:cs="Arial"/>
                <w:sz w:val="24"/>
                <w:szCs w:val="24"/>
                <w:lang w:val="cs-CZ"/>
              </w:rPr>
              <w:t>á</w:t>
            </w: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 xml:space="preserve"> ochrana </w:t>
            </w:r>
          </w:p>
        </w:tc>
      </w:tr>
      <w:tr w:rsidR="00393B53" w:rsidRPr="00393B53" w14:paraId="26B01E73" w14:textId="77777777" w:rsidTr="00677D20">
        <w:tc>
          <w:tcPr>
            <w:tcW w:w="5100" w:type="dxa"/>
          </w:tcPr>
          <w:p w14:paraId="28864033" w14:textId="77777777" w:rsidR="00393B53" w:rsidRPr="00393B53" w:rsidRDefault="00393B53" w:rsidP="00F143CD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Vztah k žadateli</w:t>
            </w:r>
          </w:p>
        </w:tc>
        <w:tc>
          <w:tcPr>
            <w:tcW w:w="5100" w:type="dxa"/>
          </w:tcPr>
          <w:p w14:paraId="4159A232" w14:textId="77777777" w:rsidR="00393B53" w:rsidRPr="00393B53" w:rsidRDefault="00393B53" w:rsidP="00F143CD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 xml:space="preserve"> </w:t>
            </w:r>
          </w:p>
        </w:tc>
      </w:tr>
    </w:tbl>
    <w:p w14:paraId="20764EBA" w14:textId="77777777" w:rsidR="00393B53" w:rsidRPr="00393B53" w:rsidRDefault="00393B53">
      <w:pPr>
        <w:rPr>
          <w:rFonts w:asciiTheme="minorBidi" w:hAnsiTheme="minorBidi"/>
          <w:lang w:val="cs-CZ"/>
        </w:rPr>
      </w:pPr>
    </w:p>
    <w:p w14:paraId="1E4080B7" w14:textId="1DAF708F" w:rsidR="008B2A2F" w:rsidRPr="00B907D6" w:rsidRDefault="00000000">
      <w:pPr>
        <w:rPr>
          <w:rFonts w:asciiTheme="minorBidi" w:hAnsiTheme="minorBidi"/>
          <w:color w:val="332CC6"/>
          <w:lang w:val="cs-CZ"/>
        </w:rPr>
      </w:pPr>
      <w:r w:rsidRPr="00B907D6">
        <w:rPr>
          <w:rFonts w:asciiTheme="minorBidi" w:hAnsiTheme="minorBidi"/>
          <w:b/>
          <w:color w:val="332CC6"/>
          <w:sz w:val="26"/>
          <w:lang w:val="cs-CZ"/>
        </w:rPr>
        <w:t>Kontaktní údaje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00"/>
        <w:gridCol w:w="5100"/>
      </w:tblGrid>
      <w:tr w:rsidR="008B2A2F" w:rsidRPr="00393B53" w14:paraId="5BA4C657" w14:textId="77777777">
        <w:tc>
          <w:tcPr>
            <w:tcW w:w="5100" w:type="dxa"/>
          </w:tcPr>
          <w:p w14:paraId="2B96B264" w14:textId="77777777" w:rsidR="008B2A2F" w:rsidRPr="00393B53" w:rsidRDefault="00000000" w:rsidP="00145452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Název ulice a číslo domu</w:t>
            </w:r>
          </w:p>
        </w:tc>
        <w:tc>
          <w:tcPr>
            <w:tcW w:w="5100" w:type="dxa"/>
          </w:tcPr>
          <w:p w14:paraId="4F466BDC" w14:textId="2DB18E09" w:rsidR="008B2A2F" w:rsidRPr="00393B53" w:rsidRDefault="008B2A2F" w:rsidP="00145452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  <w:tr w:rsidR="008B2A2F" w:rsidRPr="00393B53" w14:paraId="551041CE" w14:textId="77777777">
        <w:tc>
          <w:tcPr>
            <w:tcW w:w="5100" w:type="dxa"/>
          </w:tcPr>
          <w:p w14:paraId="5B59D544" w14:textId="77777777" w:rsidR="008B2A2F" w:rsidRPr="00393B53" w:rsidRDefault="00000000" w:rsidP="00145452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PSČ a jméno obce</w:t>
            </w:r>
          </w:p>
        </w:tc>
        <w:tc>
          <w:tcPr>
            <w:tcW w:w="5100" w:type="dxa"/>
          </w:tcPr>
          <w:p w14:paraId="20576D7E" w14:textId="0FA2C511" w:rsidR="008B2A2F" w:rsidRPr="00393B53" w:rsidRDefault="008B2A2F" w:rsidP="00145452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  <w:tr w:rsidR="008B2A2F" w:rsidRPr="00393B53" w14:paraId="1F2DE7ED" w14:textId="77777777">
        <w:tc>
          <w:tcPr>
            <w:tcW w:w="5100" w:type="dxa"/>
          </w:tcPr>
          <w:p w14:paraId="6BB95D2A" w14:textId="77777777" w:rsidR="008B2A2F" w:rsidRPr="00393B53" w:rsidRDefault="00000000" w:rsidP="00145452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Telefon</w:t>
            </w:r>
          </w:p>
        </w:tc>
        <w:tc>
          <w:tcPr>
            <w:tcW w:w="5100" w:type="dxa"/>
          </w:tcPr>
          <w:p w14:paraId="41381296" w14:textId="726ECFD3" w:rsidR="008B2A2F" w:rsidRPr="00393B53" w:rsidRDefault="008B2A2F" w:rsidP="00145452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  <w:tr w:rsidR="008B2A2F" w:rsidRPr="00393B53" w14:paraId="29FC1537" w14:textId="77777777">
        <w:tc>
          <w:tcPr>
            <w:tcW w:w="5100" w:type="dxa"/>
          </w:tcPr>
          <w:p w14:paraId="3F2723FF" w14:textId="77777777" w:rsidR="008B2A2F" w:rsidRPr="00393B53" w:rsidRDefault="00000000" w:rsidP="00145452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E-mail</w:t>
            </w:r>
          </w:p>
        </w:tc>
        <w:tc>
          <w:tcPr>
            <w:tcW w:w="5100" w:type="dxa"/>
          </w:tcPr>
          <w:p w14:paraId="5B9CD09E" w14:textId="2027C9C4" w:rsidR="008B2A2F" w:rsidRPr="00393B53" w:rsidRDefault="008B2A2F" w:rsidP="00145452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</w:tbl>
    <w:p w14:paraId="46C6B453" w14:textId="77777777" w:rsidR="008B2A2F" w:rsidRPr="00393B53" w:rsidRDefault="008B2A2F">
      <w:pPr>
        <w:rPr>
          <w:rFonts w:asciiTheme="minorBidi" w:hAnsiTheme="minorBidi"/>
          <w:lang w:val="cs-CZ"/>
        </w:rPr>
      </w:pPr>
    </w:p>
    <w:p w14:paraId="5000A9B8" w14:textId="77777777" w:rsidR="008B2A2F" w:rsidRPr="00393B53" w:rsidRDefault="00000000">
      <w:pPr>
        <w:rPr>
          <w:rFonts w:asciiTheme="minorBidi" w:hAnsiTheme="minorBidi"/>
          <w:lang w:val="cs-CZ"/>
        </w:rPr>
      </w:pPr>
      <w:r w:rsidRPr="00393B53">
        <w:rPr>
          <w:rFonts w:asciiTheme="minorBidi" w:hAnsiTheme="minorBidi"/>
          <w:b/>
          <w:lang w:val="cs-CZ"/>
        </w:rPr>
        <w:t>Jste povinen/povinna označit Vaši poštovní schránku Vaším jménem pro doručování písemností.</w:t>
      </w:r>
    </w:p>
    <w:p w14:paraId="447BE251" w14:textId="77777777" w:rsidR="008B2A2F" w:rsidRPr="00393B53" w:rsidRDefault="00000000">
      <w:pPr>
        <w:rPr>
          <w:rFonts w:asciiTheme="minorBidi" w:hAnsiTheme="minorBidi"/>
          <w:lang w:val="cs-CZ"/>
        </w:rPr>
      </w:pPr>
      <w:r w:rsidRPr="00393B53">
        <w:rPr>
          <w:rFonts w:asciiTheme="minorBidi" w:hAnsiTheme="minorBidi"/>
          <w:lang w:val="cs-CZ"/>
        </w:rPr>
        <w:br/>
      </w:r>
    </w:p>
    <w:p w14:paraId="027B3602" w14:textId="551C67D7" w:rsidR="008B2A2F" w:rsidRPr="00393B53" w:rsidRDefault="00000000" w:rsidP="00145452">
      <w:pPr>
        <w:rPr>
          <w:rFonts w:asciiTheme="minorBidi" w:hAnsiTheme="minorBidi"/>
          <w:bCs/>
          <w:lang w:val="cs-CZ"/>
        </w:rPr>
      </w:pPr>
      <w:r w:rsidRPr="00393B53">
        <w:rPr>
          <w:rFonts w:asciiTheme="minorBidi" w:hAnsiTheme="minorBidi"/>
          <w:bCs/>
          <w:lang w:val="cs-CZ"/>
        </w:rPr>
        <w:t>V ____________________</w:t>
      </w:r>
      <w:r w:rsidR="00145452" w:rsidRPr="00393B53">
        <w:rPr>
          <w:rFonts w:asciiTheme="minorBidi" w:hAnsiTheme="minorBidi"/>
          <w:bCs/>
          <w:lang w:val="cs-CZ"/>
        </w:rPr>
        <w:t xml:space="preserve"> d</w:t>
      </w:r>
      <w:r w:rsidRPr="00393B53">
        <w:rPr>
          <w:rFonts w:asciiTheme="minorBidi" w:hAnsiTheme="minorBidi"/>
          <w:bCs/>
          <w:lang w:val="cs-CZ"/>
        </w:rPr>
        <w:t>ne: ____________________</w:t>
      </w:r>
    </w:p>
    <w:p w14:paraId="4BD39908" w14:textId="77777777" w:rsidR="008B2A2F" w:rsidRPr="00393B53" w:rsidRDefault="008B2A2F">
      <w:pPr>
        <w:rPr>
          <w:rFonts w:asciiTheme="minorBidi" w:hAnsiTheme="minorBidi"/>
          <w:lang w:val="cs-CZ"/>
        </w:rPr>
      </w:pPr>
    </w:p>
    <w:p w14:paraId="0FA2AB7E" w14:textId="77777777" w:rsidR="008B2A2F" w:rsidRPr="00393B53" w:rsidRDefault="00000000" w:rsidP="00145452">
      <w:pPr>
        <w:jc w:val="right"/>
        <w:rPr>
          <w:rFonts w:asciiTheme="minorBidi" w:hAnsiTheme="minorBidi"/>
          <w:lang w:val="cs-CZ"/>
        </w:rPr>
      </w:pPr>
      <w:r w:rsidRPr="00393B53">
        <w:rPr>
          <w:rFonts w:asciiTheme="minorBidi" w:hAnsiTheme="minorBidi"/>
          <w:b/>
          <w:lang w:val="cs-CZ"/>
        </w:rPr>
        <w:t xml:space="preserve">Podpis žadatele: </w:t>
      </w:r>
      <w:r w:rsidRPr="00393B53">
        <w:rPr>
          <w:rFonts w:asciiTheme="minorBidi" w:hAnsiTheme="minorBidi"/>
          <w:lang w:val="cs-CZ"/>
        </w:rPr>
        <w:t>___________________________________</w:t>
      </w:r>
    </w:p>
    <w:p w14:paraId="70A44F82" w14:textId="77777777" w:rsidR="00145452" w:rsidRPr="00393B53" w:rsidRDefault="00145452">
      <w:pPr>
        <w:rPr>
          <w:rFonts w:asciiTheme="minorBidi" w:hAnsiTheme="minorBidi"/>
          <w:b/>
          <w:color w:val="154360"/>
          <w:sz w:val="26"/>
          <w:lang w:val="cs-CZ"/>
        </w:rPr>
      </w:pPr>
    </w:p>
    <w:p w14:paraId="6E99B43F" w14:textId="77180C7F" w:rsidR="008B2A2F" w:rsidRPr="00B907D6" w:rsidRDefault="00000000">
      <w:pPr>
        <w:rPr>
          <w:rFonts w:asciiTheme="minorBidi" w:hAnsiTheme="minorBidi"/>
          <w:color w:val="332CC6"/>
          <w:lang w:val="cs-CZ"/>
        </w:rPr>
      </w:pPr>
      <w:r w:rsidRPr="00B907D6">
        <w:rPr>
          <w:rFonts w:asciiTheme="minorBidi" w:hAnsiTheme="minorBidi"/>
          <w:b/>
          <w:color w:val="332CC6"/>
          <w:sz w:val="26"/>
          <w:lang w:val="cs-CZ"/>
        </w:rPr>
        <w:t>Doručení žádosti</w:t>
      </w:r>
    </w:p>
    <w:p w14:paraId="19A4CCED" w14:textId="77777777" w:rsidR="008B2A2F" w:rsidRPr="00393B53" w:rsidRDefault="00000000">
      <w:pPr>
        <w:rPr>
          <w:rFonts w:asciiTheme="minorBidi" w:hAnsiTheme="minorBidi"/>
          <w:lang w:val="cs-CZ"/>
        </w:rPr>
      </w:pPr>
      <w:r w:rsidRPr="00393B53">
        <w:rPr>
          <w:rFonts w:asciiTheme="minorBidi" w:hAnsiTheme="minorBidi"/>
          <w:lang w:val="cs-CZ"/>
        </w:rPr>
        <w:t>Vyplněnou žádost doručte bezprostředně po udělení mezinárodní ochrany osobně nebo poštou na tuto adresu:</w:t>
      </w:r>
    </w:p>
    <w:p w14:paraId="62565346" w14:textId="77777777" w:rsidR="008B2A2F" w:rsidRPr="00393B53" w:rsidRDefault="00000000">
      <w:pPr>
        <w:rPr>
          <w:rFonts w:asciiTheme="minorBidi" w:hAnsiTheme="minorBidi"/>
          <w:lang w:val="cs-CZ"/>
        </w:rPr>
      </w:pPr>
      <w:r w:rsidRPr="00393B53">
        <w:rPr>
          <w:rFonts w:asciiTheme="minorBidi" w:hAnsiTheme="minorBidi"/>
          <w:b/>
          <w:lang w:val="cs-CZ"/>
        </w:rPr>
        <w:t>Ministerstvo vnitra</w:t>
      </w:r>
      <w:r w:rsidRPr="00393B53">
        <w:rPr>
          <w:rFonts w:asciiTheme="minorBidi" w:hAnsiTheme="minorBidi"/>
          <w:b/>
          <w:lang w:val="cs-CZ"/>
        </w:rPr>
        <w:br/>
        <w:t>odbor azylové a migrační politiky</w:t>
      </w:r>
      <w:r w:rsidRPr="00393B53">
        <w:rPr>
          <w:rFonts w:asciiTheme="minorBidi" w:hAnsiTheme="minorBidi"/>
          <w:b/>
          <w:lang w:val="cs-CZ"/>
        </w:rPr>
        <w:br/>
        <w:t>skupina integrace uprchlíků</w:t>
      </w:r>
      <w:r w:rsidRPr="00393B53">
        <w:rPr>
          <w:rFonts w:asciiTheme="minorBidi" w:hAnsiTheme="minorBidi"/>
          <w:b/>
          <w:lang w:val="cs-CZ"/>
        </w:rPr>
        <w:br/>
        <w:t xml:space="preserve">pošt. </w:t>
      </w:r>
      <w:proofErr w:type="spellStart"/>
      <w:r w:rsidRPr="00393B53">
        <w:rPr>
          <w:rFonts w:asciiTheme="minorBidi" w:hAnsiTheme="minorBidi"/>
          <w:b/>
          <w:lang w:val="cs-CZ"/>
        </w:rPr>
        <w:t>schr</w:t>
      </w:r>
      <w:proofErr w:type="spellEnd"/>
      <w:r w:rsidRPr="00393B53">
        <w:rPr>
          <w:rFonts w:asciiTheme="minorBidi" w:hAnsiTheme="minorBidi"/>
          <w:b/>
          <w:lang w:val="cs-CZ"/>
        </w:rPr>
        <w:t>. 21/OAM</w:t>
      </w:r>
      <w:r w:rsidRPr="00393B53">
        <w:rPr>
          <w:rFonts w:asciiTheme="minorBidi" w:hAnsiTheme="minorBidi"/>
          <w:b/>
          <w:lang w:val="cs-CZ"/>
        </w:rPr>
        <w:br/>
        <w:t>Nad Štolou 3</w:t>
      </w:r>
      <w:r w:rsidRPr="00393B53">
        <w:rPr>
          <w:rFonts w:asciiTheme="minorBidi" w:hAnsiTheme="minorBidi"/>
          <w:b/>
          <w:lang w:val="cs-CZ"/>
        </w:rPr>
        <w:br/>
        <w:t>170 34 PRAHA 7</w:t>
      </w:r>
    </w:p>
    <w:p w14:paraId="529B9CFC" w14:textId="77777777" w:rsidR="00145452" w:rsidRPr="00393B53" w:rsidRDefault="00145452">
      <w:pPr>
        <w:rPr>
          <w:rFonts w:asciiTheme="minorBidi" w:hAnsiTheme="minorBidi"/>
          <w:b/>
          <w:color w:val="154360"/>
          <w:sz w:val="26"/>
          <w:lang w:val="cs-CZ"/>
        </w:rPr>
      </w:pPr>
    </w:p>
    <w:p w14:paraId="24C58098" w14:textId="3DC89226" w:rsidR="008B2A2F" w:rsidRPr="00B907D6" w:rsidRDefault="00000000">
      <w:pPr>
        <w:rPr>
          <w:rFonts w:asciiTheme="minorBidi" w:hAnsiTheme="minorBidi"/>
          <w:color w:val="332CC6"/>
          <w:lang w:val="cs-CZ"/>
        </w:rPr>
      </w:pPr>
      <w:r w:rsidRPr="00B907D6">
        <w:rPr>
          <w:rFonts w:asciiTheme="minorBidi" w:hAnsiTheme="minorBidi"/>
          <w:b/>
          <w:color w:val="332CC6"/>
          <w:sz w:val="26"/>
          <w:lang w:val="cs-CZ"/>
        </w:rPr>
        <w:t>Informace o ochraně osobních údajů</w:t>
      </w:r>
    </w:p>
    <w:p w14:paraId="47E30ABB" w14:textId="5C4C52F9" w:rsidR="008B2A2F" w:rsidRPr="00393B53" w:rsidRDefault="00000000" w:rsidP="00145452">
      <w:pPr>
        <w:jc w:val="both"/>
        <w:rPr>
          <w:rFonts w:asciiTheme="minorBidi" w:hAnsiTheme="minorBidi"/>
          <w:lang w:val="cs-CZ"/>
        </w:rPr>
      </w:pPr>
      <w:r w:rsidRPr="00393B53">
        <w:rPr>
          <w:rFonts w:asciiTheme="minorBidi" w:hAnsiTheme="minorBidi"/>
          <w:lang w:val="cs-CZ"/>
        </w:rPr>
        <w:t>Správcem osobních údajů je Ministerstvo vnitra, Nad Štolou 3, 170 34 Praha 7, e-mail: posta@mvcr.cz, datová schránka: 6bnaawp. Pověřencem pro ochranu osobních údajů je odbor bezpečnostní politiky téhož ministerstva, e-mail: obp@mvcr.cz. Poskytnutí a zpracování osobních údajů je podmínkou účasti v SIP. V</w:t>
      </w:r>
      <w:r w:rsidR="00145452" w:rsidRPr="00393B53">
        <w:rPr>
          <w:rFonts w:asciiTheme="minorBidi" w:hAnsiTheme="minorBidi"/>
          <w:lang w:val="cs-CZ"/>
        </w:rPr>
        <w:t> </w:t>
      </w:r>
      <w:r w:rsidRPr="00393B53">
        <w:rPr>
          <w:rFonts w:asciiTheme="minorBidi" w:hAnsiTheme="minorBidi"/>
          <w:lang w:val="cs-CZ"/>
        </w:rPr>
        <w:t>případě neoprávněného zpracování osobních údajů lze podat stížnost k Úřadu pro ochranu osobních údajů, Pplk. Sochora 27, 170 00 Praha 7, e-mail: posta@uoou.cz, datová schránka: qkbaa2n. Podrobné informace k ochraně osobních údajů naleznete na adrese: www.mvcr.cz/</w:t>
      </w:r>
      <w:proofErr w:type="spellStart"/>
      <w:r w:rsidRPr="00393B53">
        <w:rPr>
          <w:rFonts w:asciiTheme="minorBidi" w:hAnsiTheme="minorBidi"/>
          <w:lang w:val="cs-CZ"/>
        </w:rPr>
        <w:t>gdpr</w:t>
      </w:r>
      <w:proofErr w:type="spellEnd"/>
      <w:r w:rsidRPr="00393B53">
        <w:rPr>
          <w:rFonts w:asciiTheme="minorBidi" w:hAnsiTheme="minorBidi"/>
          <w:lang w:val="cs-CZ"/>
        </w:rPr>
        <w:t>.</w:t>
      </w:r>
    </w:p>
    <w:p w14:paraId="6C1F74A8" w14:textId="18E65AB2" w:rsidR="00145452" w:rsidRPr="00393B53" w:rsidRDefault="00000000">
      <w:pPr>
        <w:rPr>
          <w:rFonts w:asciiTheme="minorBidi" w:hAnsiTheme="minorBidi"/>
          <w:lang w:val="cs-CZ"/>
        </w:rPr>
      </w:pPr>
      <w:r w:rsidRPr="00393B53">
        <w:rPr>
          <w:rFonts w:asciiTheme="minorBidi" w:hAnsiTheme="minorBidi"/>
          <w:lang w:val="cs-CZ"/>
        </w:rPr>
        <w:br/>
      </w:r>
    </w:p>
    <w:p w14:paraId="2D587BFB" w14:textId="5598AC85" w:rsidR="00145452" w:rsidRPr="00B907D6" w:rsidRDefault="00145452" w:rsidP="00145452">
      <w:pPr>
        <w:rPr>
          <w:rFonts w:asciiTheme="minorBidi" w:hAnsiTheme="minorBidi"/>
          <w:b/>
          <w:color w:val="332CC6"/>
          <w:sz w:val="26"/>
          <w:lang w:val="cs-CZ"/>
        </w:rPr>
      </w:pPr>
      <w:r w:rsidRPr="00B907D6">
        <w:rPr>
          <w:rFonts w:asciiTheme="minorBidi" w:hAnsiTheme="minorBidi"/>
          <w:b/>
          <w:color w:val="332CC6"/>
          <w:sz w:val="26"/>
          <w:lang w:val="cs-CZ"/>
        </w:rPr>
        <w:lastRenderedPageBreak/>
        <w:t>Další osoby zahrnuté do žádosti</w:t>
      </w:r>
    </w:p>
    <w:p w14:paraId="5C585968" w14:textId="77777777" w:rsidR="00393B53" w:rsidRPr="00393B53" w:rsidRDefault="00393B53" w:rsidP="00145452">
      <w:pPr>
        <w:rPr>
          <w:rFonts w:asciiTheme="minorBidi" w:hAnsiTheme="minorBidi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00"/>
        <w:gridCol w:w="5100"/>
      </w:tblGrid>
      <w:tr w:rsidR="00145452" w:rsidRPr="00393B53" w14:paraId="2597E0FB" w14:textId="77777777" w:rsidTr="00677D20">
        <w:tc>
          <w:tcPr>
            <w:tcW w:w="5100" w:type="dxa"/>
          </w:tcPr>
          <w:p w14:paraId="16441D3F" w14:textId="77777777" w:rsidR="00145452" w:rsidRPr="00393B53" w:rsidRDefault="00145452" w:rsidP="00677D20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Jméno</w:t>
            </w:r>
          </w:p>
        </w:tc>
        <w:tc>
          <w:tcPr>
            <w:tcW w:w="5100" w:type="dxa"/>
          </w:tcPr>
          <w:p w14:paraId="4E22BC1F" w14:textId="77777777" w:rsidR="00145452" w:rsidRPr="00393B53" w:rsidRDefault="00145452" w:rsidP="00677D20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  <w:tr w:rsidR="00145452" w:rsidRPr="00393B53" w14:paraId="0A49FE52" w14:textId="77777777" w:rsidTr="00677D20">
        <w:tc>
          <w:tcPr>
            <w:tcW w:w="5100" w:type="dxa"/>
          </w:tcPr>
          <w:p w14:paraId="4E9ED05A" w14:textId="77777777" w:rsidR="00145452" w:rsidRPr="00393B53" w:rsidRDefault="00145452" w:rsidP="00677D20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Příjmení</w:t>
            </w:r>
          </w:p>
        </w:tc>
        <w:tc>
          <w:tcPr>
            <w:tcW w:w="5100" w:type="dxa"/>
          </w:tcPr>
          <w:p w14:paraId="3DABFE5D" w14:textId="77777777" w:rsidR="00145452" w:rsidRPr="00393B53" w:rsidRDefault="00145452" w:rsidP="00677D20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  <w:tr w:rsidR="00145452" w:rsidRPr="00393B53" w14:paraId="4CD82AE3" w14:textId="77777777" w:rsidTr="00677D20">
        <w:tc>
          <w:tcPr>
            <w:tcW w:w="5100" w:type="dxa"/>
          </w:tcPr>
          <w:p w14:paraId="53AE3CAC" w14:textId="77777777" w:rsidR="00145452" w:rsidRPr="00393B53" w:rsidRDefault="00145452" w:rsidP="00677D20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Datum narození</w:t>
            </w:r>
          </w:p>
        </w:tc>
        <w:tc>
          <w:tcPr>
            <w:tcW w:w="5100" w:type="dxa"/>
          </w:tcPr>
          <w:p w14:paraId="5E5A64C1" w14:textId="77777777" w:rsidR="00145452" w:rsidRPr="00393B53" w:rsidRDefault="00145452" w:rsidP="00677D20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  <w:tr w:rsidR="00145452" w:rsidRPr="00393B53" w14:paraId="68272B30" w14:textId="77777777" w:rsidTr="00677D20">
        <w:tc>
          <w:tcPr>
            <w:tcW w:w="5100" w:type="dxa"/>
          </w:tcPr>
          <w:p w14:paraId="1BF21A16" w14:textId="77777777" w:rsidR="00145452" w:rsidRPr="00393B53" w:rsidRDefault="00145452" w:rsidP="00677D20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Státní příslušnost</w:t>
            </w:r>
          </w:p>
        </w:tc>
        <w:tc>
          <w:tcPr>
            <w:tcW w:w="5100" w:type="dxa"/>
          </w:tcPr>
          <w:p w14:paraId="31DF8CBE" w14:textId="77777777" w:rsidR="00145452" w:rsidRPr="00393B53" w:rsidRDefault="00145452" w:rsidP="00677D20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  <w:tr w:rsidR="00145452" w:rsidRPr="00393B53" w14:paraId="561973FB" w14:textId="77777777" w:rsidTr="00677D20">
        <w:tc>
          <w:tcPr>
            <w:tcW w:w="5100" w:type="dxa"/>
          </w:tcPr>
          <w:p w14:paraId="41B0CC4B" w14:textId="77777777" w:rsidR="00145452" w:rsidRPr="00393B53" w:rsidRDefault="00145452" w:rsidP="00677D20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Evidenční číslo</w:t>
            </w:r>
          </w:p>
        </w:tc>
        <w:tc>
          <w:tcPr>
            <w:tcW w:w="5100" w:type="dxa"/>
          </w:tcPr>
          <w:p w14:paraId="369A3CC0" w14:textId="77777777" w:rsidR="00145452" w:rsidRPr="00393B53" w:rsidRDefault="00145452" w:rsidP="00677D20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  <w:tr w:rsidR="00145452" w:rsidRPr="00393B53" w14:paraId="13926443" w14:textId="77777777" w:rsidTr="00677D20">
        <w:tc>
          <w:tcPr>
            <w:tcW w:w="5100" w:type="dxa"/>
          </w:tcPr>
          <w:p w14:paraId="2983430B" w14:textId="77777777" w:rsidR="00145452" w:rsidRPr="00393B53" w:rsidRDefault="00145452" w:rsidP="00677D20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Forma mezinárodní ochrany</w:t>
            </w:r>
          </w:p>
        </w:tc>
        <w:tc>
          <w:tcPr>
            <w:tcW w:w="5100" w:type="dxa"/>
          </w:tcPr>
          <w:p w14:paraId="2BAFD530" w14:textId="77777777" w:rsidR="00145452" w:rsidRPr="00393B53" w:rsidRDefault="00145452" w:rsidP="00677D20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="Segoe UI Symbol" w:hAnsi="Segoe UI Symbol" w:cs="Segoe UI Symbol"/>
                <w:sz w:val="24"/>
                <w:szCs w:val="24"/>
                <w:lang w:val="cs-CZ"/>
              </w:rPr>
              <w:t>☐</w:t>
            </w: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 xml:space="preserve"> azyl    </w:t>
            </w:r>
            <w:r w:rsidRPr="00393B53">
              <w:rPr>
                <w:rFonts w:ascii="Segoe UI Symbol" w:hAnsi="Segoe UI Symbol" w:cs="Segoe UI Symbol"/>
                <w:sz w:val="24"/>
                <w:szCs w:val="24"/>
                <w:lang w:val="cs-CZ"/>
              </w:rPr>
              <w:t>☐</w:t>
            </w: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 xml:space="preserve"> dopl</w:t>
            </w:r>
            <w:r w:rsidRPr="00393B53">
              <w:rPr>
                <w:rFonts w:ascii="Arial" w:hAnsi="Arial" w:cs="Arial"/>
                <w:sz w:val="24"/>
                <w:szCs w:val="24"/>
                <w:lang w:val="cs-CZ"/>
              </w:rPr>
              <w:t>ň</w:t>
            </w: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kov</w:t>
            </w:r>
            <w:r w:rsidRPr="00393B53">
              <w:rPr>
                <w:rFonts w:ascii="Arial" w:hAnsi="Arial" w:cs="Arial"/>
                <w:sz w:val="24"/>
                <w:szCs w:val="24"/>
                <w:lang w:val="cs-CZ"/>
              </w:rPr>
              <w:t>á</w:t>
            </w: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 xml:space="preserve"> ochrana </w:t>
            </w:r>
          </w:p>
        </w:tc>
      </w:tr>
      <w:tr w:rsidR="00145452" w:rsidRPr="00393B53" w14:paraId="4E404B71" w14:textId="77777777" w:rsidTr="00677D20">
        <w:tc>
          <w:tcPr>
            <w:tcW w:w="5100" w:type="dxa"/>
          </w:tcPr>
          <w:p w14:paraId="721D1F4D" w14:textId="77777777" w:rsidR="00145452" w:rsidRPr="00393B53" w:rsidRDefault="00145452" w:rsidP="00677D20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Platnost do</w:t>
            </w:r>
          </w:p>
        </w:tc>
        <w:tc>
          <w:tcPr>
            <w:tcW w:w="5100" w:type="dxa"/>
          </w:tcPr>
          <w:p w14:paraId="6246B951" w14:textId="77777777" w:rsidR="00145452" w:rsidRPr="00393B53" w:rsidRDefault="00145452" w:rsidP="00677D20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  <w:tr w:rsidR="00145452" w:rsidRPr="00393B53" w14:paraId="76E89B0E" w14:textId="77777777" w:rsidTr="00677D20">
        <w:tc>
          <w:tcPr>
            <w:tcW w:w="5100" w:type="dxa"/>
          </w:tcPr>
          <w:p w14:paraId="139B00ED" w14:textId="77777777" w:rsidR="00145452" w:rsidRPr="00393B53" w:rsidRDefault="00145452" w:rsidP="00677D20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Vztah k žadateli</w:t>
            </w:r>
          </w:p>
        </w:tc>
        <w:tc>
          <w:tcPr>
            <w:tcW w:w="5100" w:type="dxa"/>
          </w:tcPr>
          <w:p w14:paraId="3C7F3387" w14:textId="77777777" w:rsidR="00145452" w:rsidRPr="00393B53" w:rsidRDefault="00145452" w:rsidP="00677D20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</w:tbl>
    <w:p w14:paraId="54916032" w14:textId="77777777" w:rsidR="00145452" w:rsidRPr="00393B53" w:rsidRDefault="00145452" w:rsidP="00145452">
      <w:pPr>
        <w:jc w:val="right"/>
        <w:rPr>
          <w:rFonts w:asciiTheme="minorBidi" w:hAnsiTheme="minorBidi"/>
          <w:sz w:val="24"/>
          <w:szCs w:val="24"/>
          <w:lang w:val="cs-CZ"/>
        </w:rPr>
      </w:pPr>
    </w:p>
    <w:p w14:paraId="74707285" w14:textId="68243E98" w:rsidR="008B2A2F" w:rsidRPr="00393B53" w:rsidRDefault="00145452" w:rsidP="00145452">
      <w:pPr>
        <w:jc w:val="right"/>
        <w:rPr>
          <w:rFonts w:asciiTheme="minorBidi" w:hAnsiTheme="minorBidi"/>
          <w:sz w:val="24"/>
          <w:szCs w:val="24"/>
          <w:lang w:val="cs-CZ"/>
        </w:rPr>
      </w:pPr>
      <w:r w:rsidRPr="00393B53">
        <w:rPr>
          <w:rFonts w:asciiTheme="minorBidi" w:hAnsiTheme="minorBidi"/>
          <w:sz w:val="24"/>
          <w:szCs w:val="24"/>
          <w:lang w:val="cs-CZ"/>
        </w:rPr>
        <w:t>Podpis: __________________________</w:t>
      </w:r>
    </w:p>
    <w:p w14:paraId="504AAAD2" w14:textId="77777777" w:rsidR="00393B53" w:rsidRPr="00393B53" w:rsidRDefault="00393B53" w:rsidP="00145452">
      <w:pPr>
        <w:jc w:val="right"/>
        <w:rPr>
          <w:rFonts w:asciiTheme="minorBidi" w:hAnsiTheme="minorBidi"/>
          <w:sz w:val="24"/>
          <w:szCs w:val="24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00"/>
        <w:gridCol w:w="5100"/>
      </w:tblGrid>
      <w:tr w:rsidR="00145452" w:rsidRPr="00393B53" w14:paraId="14D989B4" w14:textId="77777777" w:rsidTr="00677D20">
        <w:tc>
          <w:tcPr>
            <w:tcW w:w="5100" w:type="dxa"/>
          </w:tcPr>
          <w:p w14:paraId="01B1AD78" w14:textId="77777777" w:rsidR="00145452" w:rsidRPr="00393B53" w:rsidRDefault="00145452" w:rsidP="00677D20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Jméno</w:t>
            </w:r>
          </w:p>
        </w:tc>
        <w:tc>
          <w:tcPr>
            <w:tcW w:w="5100" w:type="dxa"/>
          </w:tcPr>
          <w:p w14:paraId="185876FD" w14:textId="77777777" w:rsidR="00145452" w:rsidRPr="00393B53" w:rsidRDefault="00145452" w:rsidP="00677D20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  <w:tr w:rsidR="00145452" w:rsidRPr="00393B53" w14:paraId="31CBCFC6" w14:textId="77777777" w:rsidTr="00677D20">
        <w:tc>
          <w:tcPr>
            <w:tcW w:w="5100" w:type="dxa"/>
          </w:tcPr>
          <w:p w14:paraId="788474EF" w14:textId="77777777" w:rsidR="00145452" w:rsidRPr="00393B53" w:rsidRDefault="00145452" w:rsidP="00677D20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Příjmení</w:t>
            </w:r>
          </w:p>
        </w:tc>
        <w:tc>
          <w:tcPr>
            <w:tcW w:w="5100" w:type="dxa"/>
          </w:tcPr>
          <w:p w14:paraId="0C86FE05" w14:textId="77777777" w:rsidR="00145452" w:rsidRPr="00393B53" w:rsidRDefault="00145452" w:rsidP="00677D20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  <w:tr w:rsidR="00145452" w:rsidRPr="00393B53" w14:paraId="12296EF9" w14:textId="77777777" w:rsidTr="00677D20">
        <w:tc>
          <w:tcPr>
            <w:tcW w:w="5100" w:type="dxa"/>
          </w:tcPr>
          <w:p w14:paraId="72EE9D1E" w14:textId="77777777" w:rsidR="00145452" w:rsidRPr="00393B53" w:rsidRDefault="00145452" w:rsidP="00677D20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Datum narození</w:t>
            </w:r>
          </w:p>
        </w:tc>
        <w:tc>
          <w:tcPr>
            <w:tcW w:w="5100" w:type="dxa"/>
          </w:tcPr>
          <w:p w14:paraId="470E7EF6" w14:textId="77777777" w:rsidR="00145452" w:rsidRPr="00393B53" w:rsidRDefault="00145452" w:rsidP="00677D20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  <w:tr w:rsidR="00145452" w:rsidRPr="00393B53" w14:paraId="56D98F1C" w14:textId="77777777" w:rsidTr="00677D20">
        <w:tc>
          <w:tcPr>
            <w:tcW w:w="5100" w:type="dxa"/>
          </w:tcPr>
          <w:p w14:paraId="5A93047F" w14:textId="77777777" w:rsidR="00145452" w:rsidRPr="00393B53" w:rsidRDefault="00145452" w:rsidP="00677D20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Státní příslušnost</w:t>
            </w:r>
          </w:p>
        </w:tc>
        <w:tc>
          <w:tcPr>
            <w:tcW w:w="5100" w:type="dxa"/>
          </w:tcPr>
          <w:p w14:paraId="55206543" w14:textId="77777777" w:rsidR="00145452" w:rsidRPr="00393B53" w:rsidRDefault="00145452" w:rsidP="00677D20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  <w:tr w:rsidR="00145452" w:rsidRPr="00393B53" w14:paraId="16BDB514" w14:textId="77777777" w:rsidTr="00677D20">
        <w:tc>
          <w:tcPr>
            <w:tcW w:w="5100" w:type="dxa"/>
          </w:tcPr>
          <w:p w14:paraId="735401DB" w14:textId="77777777" w:rsidR="00145452" w:rsidRPr="00393B53" w:rsidRDefault="00145452" w:rsidP="00677D20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Evidenční číslo</w:t>
            </w:r>
          </w:p>
        </w:tc>
        <w:tc>
          <w:tcPr>
            <w:tcW w:w="5100" w:type="dxa"/>
          </w:tcPr>
          <w:p w14:paraId="78D822D8" w14:textId="77777777" w:rsidR="00145452" w:rsidRPr="00393B53" w:rsidRDefault="00145452" w:rsidP="00677D20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  <w:tr w:rsidR="00145452" w:rsidRPr="00393B53" w14:paraId="15E3971F" w14:textId="77777777" w:rsidTr="00677D20">
        <w:tc>
          <w:tcPr>
            <w:tcW w:w="5100" w:type="dxa"/>
          </w:tcPr>
          <w:p w14:paraId="06D87671" w14:textId="77777777" w:rsidR="00145452" w:rsidRPr="00393B53" w:rsidRDefault="00145452" w:rsidP="00677D20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Forma mezinárodní ochrany</w:t>
            </w:r>
          </w:p>
        </w:tc>
        <w:tc>
          <w:tcPr>
            <w:tcW w:w="5100" w:type="dxa"/>
          </w:tcPr>
          <w:p w14:paraId="39448D0A" w14:textId="77777777" w:rsidR="00145452" w:rsidRPr="00393B53" w:rsidRDefault="00145452" w:rsidP="00677D20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="Segoe UI Symbol" w:hAnsi="Segoe UI Symbol" w:cs="Segoe UI Symbol"/>
                <w:sz w:val="24"/>
                <w:szCs w:val="24"/>
                <w:lang w:val="cs-CZ"/>
              </w:rPr>
              <w:t>☐</w:t>
            </w: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 xml:space="preserve"> azyl    </w:t>
            </w:r>
            <w:r w:rsidRPr="00393B53">
              <w:rPr>
                <w:rFonts w:ascii="Segoe UI Symbol" w:hAnsi="Segoe UI Symbol" w:cs="Segoe UI Symbol"/>
                <w:sz w:val="24"/>
                <w:szCs w:val="24"/>
                <w:lang w:val="cs-CZ"/>
              </w:rPr>
              <w:t>☐</w:t>
            </w: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 xml:space="preserve"> dopl</w:t>
            </w:r>
            <w:r w:rsidRPr="00393B53">
              <w:rPr>
                <w:rFonts w:ascii="Arial" w:hAnsi="Arial" w:cs="Arial"/>
                <w:sz w:val="24"/>
                <w:szCs w:val="24"/>
                <w:lang w:val="cs-CZ"/>
              </w:rPr>
              <w:t>ň</w:t>
            </w: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kov</w:t>
            </w:r>
            <w:r w:rsidRPr="00393B53">
              <w:rPr>
                <w:rFonts w:ascii="Arial" w:hAnsi="Arial" w:cs="Arial"/>
                <w:sz w:val="24"/>
                <w:szCs w:val="24"/>
                <w:lang w:val="cs-CZ"/>
              </w:rPr>
              <w:t>á</w:t>
            </w: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 xml:space="preserve"> ochrana </w:t>
            </w:r>
          </w:p>
        </w:tc>
      </w:tr>
      <w:tr w:rsidR="00145452" w:rsidRPr="00393B53" w14:paraId="40440C89" w14:textId="77777777" w:rsidTr="00677D20">
        <w:tc>
          <w:tcPr>
            <w:tcW w:w="5100" w:type="dxa"/>
          </w:tcPr>
          <w:p w14:paraId="5729359C" w14:textId="77777777" w:rsidR="00145452" w:rsidRPr="00393B53" w:rsidRDefault="00145452" w:rsidP="00677D20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Platnost do</w:t>
            </w:r>
          </w:p>
        </w:tc>
        <w:tc>
          <w:tcPr>
            <w:tcW w:w="5100" w:type="dxa"/>
          </w:tcPr>
          <w:p w14:paraId="62FA8819" w14:textId="77777777" w:rsidR="00145452" w:rsidRPr="00393B53" w:rsidRDefault="00145452" w:rsidP="00677D20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  <w:tr w:rsidR="00145452" w:rsidRPr="00393B53" w14:paraId="09F22FA4" w14:textId="77777777" w:rsidTr="00677D20">
        <w:tc>
          <w:tcPr>
            <w:tcW w:w="5100" w:type="dxa"/>
          </w:tcPr>
          <w:p w14:paraId="0DA1BB5D" w14:textId="77777777" w:rsidR="00145452" w:rsidRPr="00393B53" w:rsidRDefault="00145452" w:rsidP="00677D20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  <w:r w:rsidRPr="00393B53">
              <w:rPr>
                <w:rFonts w:asciiTheme="minorBidi" w:hAnsiTheme="minorBidi"/>
                <w:sz w:val="24"/>
                <w:szCs w:val="24"/>
                <w:lang w:val="cs-CZ"/>
              </w:rPr>
              <w:t>Vztah k žadateli</w:t>
            </w:r>
          </w:p>
        </w:tc>
        <w:tc>
          <w:tcPr>
            <w:tcW w:w="5100" w:type="dxa"/>
          </w:tcPr>
          <w:p w14:paraId="109D9F3A" w14:textId="77777777" w:rsidR="00145452" w:rsidRPr="00393B53" w:rsidRDefault="00145452" w:rsidP="00677D20">
            <w:pPr>
              <w:spacing w:line="480" w:lineRule="auto"/>
              <w:rPr>
                <w:rFonts w:asciiTheme="minorBidi" w:hAnsiTheme="minorBidi"/>
                <w:sz w:val="24"/>
                <w:szCs w:val="24"/>
                <w:lang w:val="cs-CZ"/>
              </w:rPr>
            </w:pPr>
          </w:p>
        </w:tc>
      </w:tr>
    </w:tbl>
    <w:p w14:paraId="2B1A6991" w14:textId="77777777" w:rsidR="00145452" w:rsidRPr="00393B53" w:rsidRDefault="00145452" w:rsidP="00145452">
      <w:pPr>
        <w:jc w:val="right"/>
        <w:rPr>
          <w:rFonts w:asciiTheme="minorBidi" w:hAnsiTheme="minorBidi"/>
          <w:sz w:val="24"/>
          <w:szCs w:val="24"/>
          <w:lang w:val="cs-CZ"/>
        </w:rPr>
      </w:pPr>
    </w:p>
    <w:p w14:paraId="0D90A90A" w14:textId="2F50A1FD" w:rsidR="00145452" w:rsidRPr="00393B53" w:rsidRDefault="00145452" w:rsidP="00145452">
      <w:pPr>
        <w:jc w:val="right"/>
        <w:rPr>
          <w:rFonts w:asciiTheme="minorBidi" w:hAnsiTheme="minorBidi"/>
          <w:sz w:val="24"/>
          <w:szCs w:val="24"/>
          <w:lang w:val="cs-CZ"/>
        </w:rPr>
      </w:pPr>
      <w:r w:rsidRPr="00393B53">
        <w:rPr>
          <w:rFonts w:asciiTheme="minorBidi" w:hAnsiTheme="minorBidi"/>
          <w:sz w:val="24"/>
          <w:szCs w:val="24"/>
          <w:lang w:val="cs-CZ"/>
        </w:rPr>
        <w:t>Podpis: __________________________</w:t>
      </w:r>
    </w:p>
    <w:sectPr w:rsidR="00145452" w:rsidRPr="00393B53" w:rsidSect="00F143CD">
      <w:headerReference w:type="default" r:id="rId8"/>
      <w:headerReference w:type="first" r:id="rId9"/>
      <w:pgSz w:w="12240" w:h="15840"/>
      <w:pgMar w:top="850" w:right="1020" w:bottom="850" w:left="10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C42F3" w14:textId="77777777" w:rsidR="00896D0E" w:rsidRDefault="00896D0E" w:rsidP="00145452">
      <w:pPr>
        <w:spacing w:after="0" w:line="240" w:lineRule="auto"/>
      </w:pPr>
      <w:r>
        <w:separator/>
      </w:r>
    </w:p>
  </w:endnote>
  <w:endnote w:type="continuationSeparator" w:id="0">
    <w:p w14:paraId="6CE0DED8" w14:textId="77777777" w:rsidR="00896D0E" w:rsidRDefault="00896D0E" w:rsidP="00145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B48F1" w14:textId="77777777" w:rsidR="00896D0E" w:rsidRDefault="00896D0E" w:rsidP="00145452">
      <w:pPr>
        <w:spacing w:after="0" w:line="240" w:lineRule="auto"/>
      </w:pPr>
      <w:r>
        <w:separator/>
      </w:r>
    </w:p>
  </w:footnote>
  <w:footnote w:type="continuationSeparator" w:id="0">
    <w:p w14:paraId="34AFDC03" w14:textId="77777777" w:rsidR="00896D0E" w:rsidRDefault="00896D0E" w:rsidP="001454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1F979" w14:textId="7C69C330" w:rsidR="00F143CD" w:rsidRDefault="00F143CD" w:rsidP="00F143CD">
    <w:pPr>
      <w:pStyle w:val="Zhlav"/>
      <w:tabs>
        <w:tab w:val="right" w:pos="9071"/>
      </w:tabs>
    </w:pPr>
  </w:p>
  <w:p w14:paraId="70B5D662" w14:textId="77777777" w:rsidR="00F143CD" w:rsidRDefault="00F143C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3B9CE" w14:textId="77777777" w:rsidR="00F143CD" w:rsidRDefault="00F143CD" w:rsidP="00F143CD">
    <w:pPr>
      <w:pStyle w:val="Zhlav"/>
      <w:tabs>
        <w:tab w:val="right" w:pos="9071"/>
      </w:tabs>
    </w:pPr>
    <w:r w:rsidRPr="0024515A">
      <w:rPr>
        <w:noProof/>
        <w:color w:val="000000" w:themeColor="text1"/>
      </w:rPr>
      <w:drawing>
        <wp:anchor distT="0" distB="0" distL="114300" distR="114300" simplePos="0" relativeHeight="251658752" behindDoc="0" locked="0" layoutInCell="1" allowOverlap="1" wp14:anchorId="15AC18FD" wp14:editId="06474CD9">
          <wp:simplePos x="0" y="0"/>
          <wp:positionH relativeFrom="page">
            <wp:posOffset>450215</wp:posOffset>
          </wp:positionH>
          <wp:positionV relativeFrom="page">
            <wp:posOffset>360045</wp:posOffset>
          </wp:positionV>
          <wp:extent cx="1393200" cy="792000"/>
          <wp:effectExtent l="0" t="0" r="3810" b="0"/>
          <wp:wrapNone/>
          <wp:docPr id="3837795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5F593588" w14:textId="77777777" w:rsidR="00F143CD" w:rsidRDefault="00F143C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96582725">
    <w:abstractNumId w:val="8"/>
  </w:num>
  <w:num w:numId="2" w16cid:durableId="20865754">
    <w:abstractNumId w:val="6"/>
  </w:num>
  <w:num w:numId="3" w16cid:durableId="1403791006">
    <w:abstractNumId w:val="5"/>
  </w:num>
  <w:num w:numId="4" w16cid:durableId="112788731">
    <w:abstractNumId w:val="4"/>
  </w:num>
  <w:num w:numId="5" w16cid:durableId="646864044">
    <w:abstractNumId w:val="7"/>
  </w:num>
  <w:num w:numId="6" w16cid:durableId="747268969">
    <w:abstractNumId w:val="3"/>
  </w:num>
  <w:num w:numId="7" w16cid:durableId="1689795699">
    <w:abstractNumId w:val="2"/>
  </w:num>
  <w:num w:numId="8" w16cid:durableId="1830780017">
    <w:abstractNumId w:val="1"/>
  </w:num>
  <w:num w:numId="9" w16cid:durableId="315107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45452"/>
    <w:rsid w:val="0015074B"/>
    <w:rsid w:val="0029639D"/>
    <w:rsid w:val="00326F90"/>
    <w:rsid w:val="00393B53"/>
    <w:rsid w:val="00553F34"/>
    <w:rsid w:val="007B0801"/>
    <w:rsid w:val="00896D0E"/>
    <w:rsid w:val="008B2A2F"/>
    <w:rsid w:val="00917C94"/>
    <w:rsid w:val="00AA1D8D"/>
    <w:rsid w:val="00B47730"/>
    <w:rsid w:val="00B907D6"/>
    <w:rsid w:val="00BF1224"/>
    <w:rsid w:val="00C876B2"/>
    <w:rsid w:val="00CB0664"/>
    <w:rsid w:val="00F143CD"/>
    <w:rsid w:val="00F77C4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571BAA"/>
  <w14:defaultImageDpi w14:val="300"/>
  <w15:docId w15:val="{08EC0956-3506-4107-AFA9-8B30D7BDD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rFonts w:ascii="Calibri" w:eastAsia="Calibri" w:hAnsi="Calibri"/>
      <w:sz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679</Words>
  <Characters>4012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4682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Dymeš Pavel, Bc.</cp:lastModifiedBy>
  <cp:revision>5</cp:revision>
  <cp:lastPrinted>2026-05-28T12:12:00Z</cp:lastPrinted>
  <dcterms:created xsi:type="dcterms:W3CDTF">2013-12-23T23:15:00Z</dcterms:created>
  <dcterms:modified xsi:type="dcterms:W3CDTF">2026-06-15T12:23:00Z</dcterms:modified>
  <cp:category/>
</cp:coreProperties>
</file>